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EEF5B" w14:textId="0CCD50B6" w:rsidR="00D80985" w:rsidRPr="005D6F1D" w:rsidRDefault="000D59CC">
      <w:pPr>
        <w:pStyle w:val="Nzov"/>
        <w:jc w:val="center"/>
      </w:pPr>
      <w:r w:rsidRPr="001A235C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AD00990" wp14:editId="6ED21DD4">
                <wp:simplePos x="0" y="0"/>
                <wp:positionH relativeFrom="margin">
                  <wp:posOffset>5582285</wp:posOffset>
                </wp:positionH>
                <wp:positionV relativeFrom="paragraph">
                  <wp:posOffset>-332740</wp:posOffset>
                </wp:positionV>
                <wp:extent cx="1438275" cy="323850"/>
                <wp:effectExtent l="0" t="0" r="9525" b="0"/>
                <wp:wrapNone/>
                <wp:docPr id="846441733" name="Textové pole 8464417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57D6E3" w14:textId="77777777" w:rsidR="000D59CC" w:rsidRPr="00A11D64" w:rsidRDefault="000D59CC" w:rsidP="000D59C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</w:pPr>
                            <w:proofErr w:type="spellStart"/>
                            <w:r w:rsidRPr="00A11D6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Príloha</w:t>
                            </w:r>
                            <w:proofErr w:type="spellEnd"/>
                            <w:r w:rsidRPr="00A11D6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 xml:space="preserve"> 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</w:rPr>
                              <w:t>1</w:t>
                            </w:r>
                          </w:p>
                          <w:p w14:paraId="59DB897F" w14:textId="77777777" w:rsidR="000D59CC" w:rsidRPr="004C48D3" w:rsidRDefault="000D59CC" w:rsidP="000D59CC">
                            <w:pPr>
                              <w:rPr>
                                <w:b/>
                                <w:bCs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D00990" id="_x0000_t202" coordsize="21600,21600" o:spt="202" path="m,l,21600r21600,l21600,xe">
                <v:stroke joinstyle="miter"/>
                <v:path gradientshapeok="t" o:connecttype="rect"/>
              </v:shapetype>
              <v:shape id="Textové pole 846441733" o:spid="_x0000_s1026" type="#_x0000_t202" style="position:absolute;left:0;text-align:left;margin-left:439.55pt;margin-top:-26.2pt;width:113.25pt;height:25.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0EHNgIAAGUEAAAOAAAAZHJzL2Uyb0RvYy54bWysVEuP2jAQvlfqf7B8L4EAuzQirCgrqkpo&#10;dyW22rNxbBLJ8bi2IaG/vmMnPLrtqSoHM+MZz+P7ZjJ/aGtFjsK6CnROR4MhJUJzKCq9z+n31/Wn&#10;GSXOM10wBVrk9CQcfVh8/DBvTCZSKEEVwhIMol3WmJyW3pssSRwvRc3cAIzQaJRga+ZRtfuksKzB&#10;6LVK0uHwLmnAFsYCF87h7WNnpIsYX0rB/bOUTniicoq1+XjaeO7CmSzmLNtbZsqK92Wwf6iiZpXG&#10;pJdQj8wzcrDVH6HqiltwIP2AQ52AlBUXsQfsZjR81822ZEbEXhAcZy4wuf8Xlj8dt+bFEt9+gRYJ&#10;DIA0xmUOL0M/rbR1+MdKCdoRwtMFNtF6wsOjyXiW3k8p4Wgbp+PZNOKaXF8b6/xXATUJQk4t0hLR&#10;YseN85gRXc8uIZkDVRXrSqmonNxKWXJkyCASX0BDiWLO42VO1/EXisYQvz1TmjQ5vRtjLSGKhhCv&#10;81Ma3a9NBsm3u7bvfAfFCQGx0M2KM3xdYdUbTPnCLA4HYoAD75/xkAowCfQSJSXYn3+7D/7IGVop&#10;aXDYcup+HJgV2Mk3jWx+Hk0mYTqjMpnep6jYW8vu1qIP9QoQjRGuluFRDP5enUVpoX7DvViGrGhi&#10;mmPunPqzuPLdCuBecbFcRiecR8P8Rm8ND6EDaIGT1/aNWdMT55HyJziPJcve8df5dnAvDx5kFckN&#10;AHeo9rjjLEfC+r0Ly3KrR6/r12HxCwAA//8DAFBLAwQUAAYACAAAACEAp2uFCuMAAAALAQAADwAA&#10;AGRycy9kb3ducmV2LnhtbEyPwU7CQBCG7ya8w2ZIvMG2BBBrt8QYjZLYoNXE69Id20J3ttldaOXp&#10;XU56nJkv/3x/uh50y05oXWNIQDyNgCGVRjVUCfj8eJqsgDkvScnWEAr4QQfrbHSVykSZnt7xVPiK&#10;hRByiRRQe98lnLuyRi3d1HRI4fZtrJY+jLbiyso+hOuWz6JoybVsKHyoZYcPNZaH4qgFfPXFs91u&#10;Nvu37iU/b89F/oqPuRDX4+H+DpjHwf/BcNEP6pAFp505knKsFbC6uY0DKmCymM2BXYg4WiyB7cIq&#10;ngPPUv6/Q/YLAAD//wMAUEsBAi0AFAAGAAgAAAAhALaDOJL+AAAA4QEAABMAAAAAAAAAAAAAAAAA&#10;AAAAAFtDb250ZW50X1R5cGVzXS54bWxQSwECLQAUAAYACAAAACEAOP0h/9YAAACUAQAACwAAAAAA&#10;AAAAAAAAAAAvAQAAX3JlbHMvLnJlbHNQSwECLQAUAAYACAAAACEAhOdBBzYCAABlBAAADgAAAAAA&#10;AAAAAAAAAAAuAgAAZHJzL2Uyb0RvYy54bWxQSwECLQAUAAYACAAAACEAp2uFCuMAAAALAQAADwAA&#10;AAAAAAAAAAAAAACQBAAAZHJzL2Rvd25yZXYueG1sUEsFBgAAAAAEAAQA8wAAAKAFAAAAAA==&#10;" fillcolor="window" stroked="f" strokeweight=".5pt">
                <v:textbox>
                  <w:txbxContent>
                    <w:p w14:paraId="1957D6E3" w14:textId="77777777" w:rsidR="000D59CC" w:rsidRPr="00A11D64" w:rsidRDefault="000D59CC" w:rsidP="000D59CC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</w:pPr>
                      <w:proofErr w:type="spellStart"/>
                      <w:r w:rsidRPr="00A11D6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Príloha</w:t>
                      </w:r>
                      <w:proofErr w:type="spellEnd"/>
                      <w:r w:rsidRPr="00A11D6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 xml:space="preserve"> 1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</w:rPr>
                        <w:t>1</w:t>
                      </w:r>
                    </w:p>
                    <w:p w14:paraId="59DB897F" w14:textId="77777777" w:rsidR="000D59CC" w:rsidRPr="004C48D3" w:rsidRDefault="000D59CC" w:rsidP="000D59CC">
                      <w:pPr>
                        <w:rPr>
                          <w:b/>
                          <w:bCs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1065C" w:rsidRPr="009A7A6B">
        <w:rPr>
          <w:lang w:val="sk-SK"/>
        </w:rPr>
        <w:t>ŽIADOSŤ O</w:t>
      </w:r>
      <w:r w:rsidR="005D6F1D">
        <w:rPr>
          <w:lang w:val="sk-SK"/>
        </w:rPr>
        <w:t> PROOF OF CONCEPT PROJEKT</w:t>
      </w:r>
    </w:p>
    <w:p w14:paraId="5CC157B0" w14:textId="61B662AE" w:rsidR="00D80985" w:rsidRPr="005D6F1D" w:rsidRDefault="0061065C">
      <w:pPr>
        <w:jc w:val="center"/>
        <w:rPr>
          <w:lang w:val="pl-PL"/>
        </w:rPr>
      </w:pPr>
      <w:r w:rsidRPr="009A7A6B">
        <w:rPr>
          <w:b/>
          <w:color w:val="2F6B9A"/>
          <w:sz w:val="22"/>
          <w:lang w:val="sk-SK"/>
        </w:rPr>
        <w:t>[označenie výzvy]</w:t>
      </w:r>
    </w:p>
    <w:tbl>
      <w:tblPr>
        <w:tblW w:w="0" w:type="auto"/>
        <w:jc w:val="center"/>
        <w:tblBorders>
          <w:top w:val="single" w:sz="5" w:space="0" w:color="AAB8C5"/>
          <w:left w:val="single" w:sz="5" w:space="0" w:color="AAB8C5"/>
          <w:bottom w:val="single" w:sz="5" w:space="0" w:color="AAB8C5"/>
          <w:right w:val="single" w:sz="5" w:space="0" w:color="AAB8C5"/>
          <w:insideH w:val="single" w:sz="5" w:space="0" w:color="AAB8C5"/>
          <w:insideV w:val="single" w:sz="5" w:space="0" w:color="AAB8C5"/>
        </w:tblBorders>
        <w:tblLayout w:type="fixed"/>
        <w:tblLook w:val="04A0" w:firstRow="1" w:lastRow="0" w:firstColumn="1" w:lastColumn="0" w:noHBand="0" w:noVBand="1"/>
      </w:tblPr>
      <w:tblGrid>
        <w:gridCol w:w="10036"/>
      </w:tblGrid>
      <w:tr w:rsidR="00D80985" w:rsidRPr="000D59CC" w14:paraId="48CE1B17" w14:textId="77777777">
        <w:trPr>
          <w:cantSplit/>
          <w:jc w:val="center"/>
        </w:trPr>
        <w:tc>
          <w:tcPr>
            <w:tcW w:w="10036" w:type="dxa"/>
            <w:shd w:val="clear" w:color="auto" w:fill="F2F2F2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004DEEC8" w14:textId="078ECFFA" w:rsidR="00D80985" w:rsidRPr="00A917C3" w:rsidRDefault="0061065C">
            <w:pPr>
              <w:spacing w:after="0" w:line="240" w:lineRule="auto"/>
              <w:rPr>
                <w:lang w:val="sk-SK"/>
              </w:rPr>
            </w:pPr>
            <w:r w:rsidRPr="009A7A6B">
              <w:rPr>
                <w:i/>
                <w:color w:val="5A5A5A"/>
                <w:sz w:val="17"/>
                <w:lang w:val="sk-SK"/>
              </w:rPr>
              <w:t xml:space="preserve">Vyplňte všetky relevantné polia stručne a konkrétne. Ak sa otázka na Projekt nevzťahuje, uveďte „nerelevantné“ a krátke odôvodnenie. Rozsah Žiadosti a príloh sa riadi výzvou a Pravidlami na využitie </w:t>
            </w:r>
            <w:proofErr w:type="spellStart"/>
            <w:r w:rsidRPr="009A7A6B">
              <w:rPr>
                <w:i/>
                <w:color w:val="5A5A5A"/>
                <w:sz w:val="17"/>
                <w:lang w:val="sk-SK"/>
              </w:rPr>
              <w:t>PoC</w:t>
            </w:r>
            <w:proofErr w:type="spellEnd"/>
            <w:r w:rsidRPr="009A7A6B">
              <w:rPr>
                <w:i/>
                <w:color w:val="5A5A5A"/>
                <w:sz w:val="17"/>
                <w:lang w:val="sk-SK"/>
              </w:rPr>
              <w:t xml:space="preserve"> fondu. Označte informácie, ktorých zverejnenie by mohlo ohroziť ochranu duševného vlastníctva alebo dôvernosť.</w:t>
            </w:r>
          </w:p>
        </w:tc>
      </w:tr>
    </w:tbl>
    <w:p w14:paraId="25F2102F" w14:textId="381C5912" w:rsidR="00D80985" w:rsidRPr="00A917C3" w:rsidRDefault="00D80985">
      <w:pPr>
        <w:rPr>
          <w:lang w:val="sk-SK"/>
        </w:rPr>
      </w:pPr>
    </w:p>
    <w:p w14:paraId="5263A03B" w14:textId="77777777" w:rsidR="00D80985" w:rsidRPr="00A917C3" w:rsidRDefault="0061065C">
      <w:pPr>
        <w:pStyle w:val="Nadpis1"/>
        <w:rPr>
          <w:lang w:val="pl-PL"/>
        </w:rPr>
      </w:pPr>
      <w:r w:rsidRPr="009A7A6B">
        <w:rPr>
          <w:lang w:val="sk-SK"/>
        </w:rPr>
        <w:t>1. Základné údaje o Projekte a Žiadateľovi</w:t>
      </w:r>
    </w:p>
    <w:tbl>
      <w:tblPr>
        <w:tblStyle w:val="Mriekatabuky"/>
        <w:tblW w:w="0" w:type="auto"/>
        <w:jc w:val="center"/>
        <w:tblBorders>
          <w:top w:val="single" w:sz="6" w:space="0" w:color="9EADBA"/>
          <w:left w:val="single" w:sz="6" w:space="0" w:color="9EADBA"/>
          <w:bottom w:val="single" w:sz="6" w:space="0" w:color="9EADBA"/>
          <w:right w:val="single" w:sz="6" w:space="0" w:color="9EADBA"/>
          <w:insideH w:val="single" w:sz="6" w:space="0" w:color="9EADBA"/>
          <w:insideV w:val="single" w:sz="6" w:space="0" w:color="9EADBA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917"/>
      </w:tblGrid>
      <w:tr w:rsidR="00D80985" w:rsidRPr="009A7A6B" w14:paraId="5E0E1C35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06EA5F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Názov Projektu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5A30C7" w14:textId="2EF4ECF3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[Doplňte úplný názov Projektu.]</w:t>
            </w:r>
          </w:p>
        </w:tc>
      </w:tr>
      <w:tr w:rsidR="00D80985" w:rsidRPr="009A7A6B" w14:paraId="7DC0A877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5CF5E4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Akronym (ak sa používa)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522776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[Doplňte.]</w:t>
            </w:r>
          </w:p>
        </w:tc>
      </w:tr>
      <w:tr w:rsidR="00D80985" w:rsidRPr="000D59CC" w14:paraId="02CE27B9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0BCBD3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Žiadateľ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973B63" w14:textId="77777777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i/>
                <w:color w:val="2F6B9A"/>
                <w:sz w:val="18"/>
                <w:lang w:val="sk-SK"/>
              </w:rPr>
              <w:t>[Meno a priezvisko / názov tímu alebo organizačnej súčasti.]</w:t>
            </w:r>
          </w:p>
        </w:tc>
      </w:tr>
      <w:tr w:rsidR="00D80985" w:rsidRPr="009A7A6B" w14:paraId="008824C3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D6A71E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Typ Žiadateľa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D60B9B" w14:textId="0032CB1E" w:rsidR="00D80985" w:rsidRPr="009A7A6B" w:rsidRDefault="0061065C">
            <w:pPr>
              <w:spacing w:after="0" w:line="240" w:lineRule="auto"/>
            </w:pPr>
            <w:r w:rsidRPr="009A7A6B">
              <w:rPr>
                <w:color w:val="000000"/>
                <w:sz w:val="18"/>
                <w:lang w:val="sk-SK"/>
              </w:rPr>
              <w:t xml:space="preserve">☐ zamestnanec   ☐ výskumný tím  ☐ doktorand   </w:t>
            </w:r>
          </w:p>
        </w:tc>
      </w:tr>
      <w:tr w:rsidR="00D80985" w:rsidRPr="000D59CC" w14:paraId="3F2AF67E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F6EC17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Pracovisko / organizačná súčasť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CBD803" w14:textId="77777777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i/>
                <w:color w:val="2F6B9A"/>
                <w:sz w:val="18"/>
                <w:lang w:val="sk-SK"/>
              </w:rPr>
              <w:t>[Doplňte fakultu, ústav, centrum alebo iné pracovisko.]</w:t>
            </w:r>
          </w:p>
        </w:tc>
      </w:tr>
      <w:tr w:rsidR="00D80985" w:rsidRPr="000D59CC" w14:paraId="326A7AE4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3F139E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Vedúci Projektu / zodpovedná osoba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E0780F" w14:textId="5AA754D3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i/>
                <w:color w:val="2F6B9A"/>
                <w:sz w:val="18"/>
                <w:lang w:val="sk-SK"/>
              </w:rPr>
              <w:t>[Meno, funkcia a pracovisko; pri študentovi aj odborný garant.]</w:t>
            </w:r>
          </w:p>
        </w:tc>
      </w:tr>
      <w:tr w:rsidR="00D80985" w:rsidRPr="009A7A6B" w14:paraId="6A570ED6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F95372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Kontaktné údaje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03155B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[E-mail a telefón.]</w:t>
            </w:r>
          </w:p>
        </w:tc>
      </w:tr>
      <w:tr w:rsidR="00D80985" w:rsidRPr="000D59CC" w14:paraId="4EE38856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E10C39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Plánované obdobie realizácie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9EB06F" w14:textId="77777777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i/>
                <w:color w:val="2F6B9A"/>
                <w:sz w:val="18"/>
                <w:lang w:val="sk-SK"/>
              </w:rPr>
              <w:t>[Od – do; počet mesiacov, najviac podľa Pravidiel a výzvy.]</w:t>
            </w:r>
          </w:p>
        </w:tc>
      </w:tr>
      <w:tr w:rsidR="00D80985" w:rsidRPr="009A7A6B" w14:paraId="03D2F4AA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F2284F" w14:textId="77777777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b/>
                <w:color w:val="163A5F"/>
                <w:sz w:val="18"/>
                <w:lang w:val="sk-SK"/>
              </w:rPr>
              <w:t xml:space="preserve">Požadovaná podpora z </w:t>
            </w:r>
            <w:proofErr w:type="spellStart"/>
            <w:r w:rsidRPr="009A7A6B">
              <w:rPr>
                <w:b/>
                <w:color w:val="163A5F"/>
                <w:sz w:val="18"/>
                <w:lang w:val="sk-SK"/>
              </w:rPr>
              <w:t>PoC</w:t>
            </w:r>
            <w:proofErr w:type="spellEnd"/>
            <w:r w:rsidRPr="009A7A6B">
              <w:rPr>
                <w:b/>
                <w:color w:val="163A5F"/>
                <w:sz w:val="18"/>
                <w:lang w:val="sk-SK"/>
              </w:rPr>
              <w:t xml:space="preserve"> fondu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0102BE" w14:textId="23341CDD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[Suma v EUR.]</w:t>
            </w:r>
          </w:p>
        </w:tc>
      </w:tr>
      <w:tr w:rsidR="00D80985" w:rsidRPr="009A7A6B" w14:paraId="1836F26D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00D5BB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Celkový rozpočet Projektu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1434B5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[Suma v EUR; uveďte aj prípadné iné zdroje v časti 7.]</w:t>
            </w:r>
          </w:p>
        </w:tc>
      </w:tr>
    </w:tbl>
    <w:p w14:paraId="0EFEFE04" w14:textId="77777777" w:rsidR="00D80985" w:rsidRPr="009A7A6B" w:rsidRDefault="00D80985">
      <w:pPr>
        <w:spacing w:after="0"/>
      </w:pPr>
    </w:p>
    <w:p w14:paraId="67639EB1" w14:textId="77777777" w:rsidR="00D80985" w:rsidRPr="00A917C3" w:rsidRDefault="0061065C">
      <w:pPr>
        <w:pStyle w:val="Nadpis1"/>
        <w:rPr>
          <w:lang w:val="pl-PL"/>
        </w:rPr>
      </w:pPr>
      <w:r w:rsidRPr="009A7A6B">
        <w:rPr>
          <w:lang w:val="sk-SK"/>
        </w:rPr>
        <w:t>2. Zhrnutie, východiská a cieľ Projektu</w:t>
      </w:r>
    </w:p>
    <w:p w14:paraId="73CBD1D3" w14:textId="77777777" w:rsidR="00D80985" w:rsidRPr="00A917C3" w:rsidRDefault="0061065C">
      <w:pPr>
        <w:keepNext/>
        <w:rPr>
          <w:lang w:val="pl-PL"/>
        </w:rPr>
      </w:pPr>
      <w:r w:rsidRPr="009A7A6B">
        <w:rPr>
          <w:b/>
          <w:color w:val="163A5F"/>
          <w:lang w:val="sk-SK"/>
        </w:rPr>
        <w:t>2.1 Stručné zhrnutie Projektu</w:t>
      </w:r>
    </w:p>
    <w:p w14:paraId="6D3D9093" w14:textId="61601CAA" w:rsidR="00D80985" w:rsidRPr="00A917C3" w:rsidRDefault="00D032A5">
      <w:pPr>
        <w:pStyle w:val="Instruction"/>
        <w:keepNext/>
        <w:rPr>
          <w:lang w:val="pl-PL"/>
        </w:rPr>
      </w:pPr>
      <w:r w:rsidRPr="009A7A6B">
        <w:rPr>
          <w:lang w:val="sk-SK"/>
        </w:rPr>
        <w:t>Zhrňte problém, riešenie, cieľ overenia, hlavné aktivity, očakávaný výstup a predpokladané využitie (max. 1 500 znakov)</w:t>
      </w:r>
    </w:p>
    <w:tbl>
      <w:tblPr>
        <w:tblW w:w="0" w:type="auto"/>
        <w:jc w:val="center"/>
        <w:tblBorders>
          <w:top w:val="single" w:sz="5" w:space="0" w:color="B8C4CF"/>
          <w:left w:val="single" w:sz="5" w:space="0" w:color="B8C4CF"/>
          <w:bottom w:val="single" w:sz="5" w:space="0" w:color="B8C4CF"/>
          <w:right w:val="single" w:sz="5" w:space="0" w:color="B8C4CF"/>
          <w:insideH w:val="single" w:sz="5" w:space="0" w:color="B8C4CF"/>
          <w:insideV w:val="single" w:sz="5" w:space="0" w:color="B8C4CF"/>
        </w:tblBorders>
        <w:tblLayout w:type="fixed"/>
        <w:tblLook w:val="04A0" w:firstRow="1" w:lastRow="0" w:firstColumn="1" w:lastColumn="0" w:noHBand="0" w:noVBand="1"/>
      </w:tblPr>
      <w:tblGrid>
        <w:gridCol w:w="10036"/>
      </w:tblGrid>
      <w:tr w:rsidR="00D80985" w:rsidRPr="009A7A6B" w14:paraId="4E211A02" w14:textId="77777777">
        <w:trPr>
          <w:cantSplit/>
          <w:trHeight w:val="1219"/>
          <w:jc w:val="center"/>
        </w:trPr>
        <w:tc>
          <w:tcPr>
            <w:tcW w:w="10036" w:type="dxa"/>
            <w:shd w:val="clear" w:color="auto" w:fill="F4F8FB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6DE03A15" w14:textId="5A0EAA9D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66EFAB98" w14:textId="77777777" w:rsidR="00D80985" w:rsidRPr="009A7A6B" w:rsidRDefault="00D80985">
      <w:pPr>
        <w:spacing w:after="0"/>
      </w:pPr>
    </w:p>
    <w:p w14:paraId="1396E380" w14:textId="77777777" w:rsidR="00D80985" w:rsidRPr="009A7A6B" w:rsidRDefault="0061065C">
      <w:pPr>
        <w:keepNext/>
      </w:pPr>
      <w:r w:rsidRPr="009A7A6B">
        <w:rPr>
          <w:b/>
          <w:color w:val="163A5F"/>
          <w:lang w:val="sk-SK"/>
        </w:rPr>
        <w:t>2.2 Problém, potreba alebo príležitosť a navrhované riešenie</w:t>
      </w:r>
    </w:p>
    <w:p w14:paraId="1EA273F4" w14:textId="10CF6050" w:rsidR="00D80985" w:rsidRPr="009A7A6B" w:rsidRDefault="0061065C">
      <w:pPr>
        <w:pStyle w:val="Instruction"/>
        <w:keepNext/>
      </w:pPr>
      <w:r w:rsidRPr="009A7A6B">
        <w:rPr>
          <w:lang w:val="sk-SK"/>
        </w:rPr>
        <w:t>Uveďte, komu a aký problém riešenie adresuje, ako ho rieši a v čom spočíva jeho hlavná pridaná hodnota</w:t>
      </w:r>
      <w:r w:rsidR="00D032A5" w:rsidRPr="009A7A6B">
        <w:rPr>
          <w:lang w:val="sk-SK"/>
        </w:rPr>
        <w:t xml:space="preserve"> (max. 1 500 znakov).</w:t>
      </w:r>
    </w:p>
    <w:tbl>
      <w:tblPr>
        <w:tblW w:w="10036" w:type="dxa"/>
        <w:jc w:val="center"/>
        <w:tblBorders>
          <w:top w:val="single" w:sz="5" w:space="0" w:color="B8C4CF"/>
          <w:left w:val="single" w:sz="5" w:space="0" w:color="B8C4CF"/>
          <w:bottom w:val="single" w:sz="5" w:space="0" w:color="B8C4CF"/>
          <w:right w:val="single" w:sz="5" w:space="0" w:color="B8C4CF"/>
          <w:insideH w:val="single" w:sz="5" w:space="0" w:color="B8C4CF"/>
          <w:insideV w:val="single" w:sz="5" w:space="0" w:color="B8C4CF"/>
        </w:tblBorders>
        <w:tblLayout w:type="fixed"/>
        <w:tblLook w:val="04A0" w:firstRow="1" w:lastRow="0" w:firstColumn="1" w:lastColumn="0" w:noHBand="0" w:noVBand="1"/>
      </w:tblPr>
      <w:tblGrid>
        <w:gridCol w:w="10036"/>
      </w:tblGrid>
      <w:tr w:rsidR="00D80985" w:rsidRPr="009A7A6B" w14:paraId="1687E3CE" w14:textId="77777777" w:rsidTr="000D59CC">
        <w:trPr>
          <w:cantSplit/>
          <w:trHeight w:val="1219"/>
          <w:jc w:val="center"/>
        </w:trPr>
        <w:tc>
          <w:tcPr>
            <w:tcW w:w="10036" w:type="dxa"/>
            <w:shd w:val="clear" w:color="auto" w:fill="F4F8FB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94711EF" w14:textId="7DD33C51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763B117A" w14:textId="266C2903" w:rsidR="00D80985" w:rsidRPr="009A7A6B" w:rsidRDefault="00D80985">
      <w:pPr>
        <w:spacing w:after="0"/>
      </w:pPr>
    </w:p>
    <w:p w14:paraId="531A65A3" w14:textId="77777777" w:rsidR="00D80985" w:rsidRPr="009A7A6B" w:rsidRDefault="0061065C">
      <w:pPr>
        <w:keepNext/>
      </w:pPr>
      <w:r w:rsidRPr="009A7A6B">
        <w:rPr>
          <w:b/>
          <w:color w:val="163A5F"/>
          <w:lang w:val="sk-SK"/>
        </w:rPr>
        <w:lastRenderedPageBreak/>
        <w:t>2.3 Väzba na výsledok výskumu, vývoja alebo inovačnej činnosti</w:t>
      </w:r>
    </w:p>
    <w:p w14:paraId="36BA02D8" w14:textId="3D0A6B98" w:rsidR="00D80985" w:rsidRPr="00A917C3" w:rsidRDefault="0061065C">
      <w:pPr>
        <w:pStyle w:val="Instruction"/>
        <w:keepNext/>
        <w:rPr>
          <w:lang w:val="pl-PL"/>
        </w:rPr>
      </w:pPr>
      <w:r w:rsidRPr="009A7A6B">
        <w:rPr>
          <w:lang w:val="sk-SK"/>
        </w:rPr>
        <w:t>Opíšte pôvod technológie alebo výsledku, na ktorom je Projekt založený, vrátane súvisiacich pracovných, študijných, výskumných, grantových alebo zmluvných okolností. Identifikujte už dosiahnuté výsledky a podklady, o ktoré sa Projekt opiera</w:t>
      </w:r>
      <w:r w:rsidR="00D032A5" w:rsidRPr="009A7A6B">
        <w:rPr>
          <w:lang w:val="sk-SK"/>
        </w:rPr>
        <w:t xml:space="preserve"> (max. 1 500 znakov)</w:t>
      </w:r>
    </w:p>
    <w:tbl>
      <w:tblPr>
        <w:tblW w:w="0" w:type="auto"/>
        <w:jc w:val="center"/>
        <w:tblBorders>
          <w:top w:val="single" w:sz="5" w:space="0" w:color="B8C4CF"/>
          <w:left w:val="single" w:sz="5" w:space="0" w:color="B8C4CF"/>
          <w:bottom w:val="single" w:sz="5" w:space="0" w:color="B8C4CF"/>
          <w:right w:val="single" w:sz="5" w:space="0" w:color="B8C4CF"/>
          <w:insideH w:val="single" w:sz="5" w:space="0" w:color="B8C4CF"/>
          <w:insideV w:val="single" w:sz="5" w:space="0" w:color="B8C4CF"/>
        </w:tblBorders>
        <w:tblLayout w:type="fixed"/>
        <w:tblLook w:val="04A0" w:firstRow="1" w:lastRow="0" w:firstColumn="1" w:lastColumn="0" w:noHBand="0" w:noVBand="1"/>
      </w:tblPr>
      <w:tblGrid>
        <w:gridCol w:w="10036"/>
      </w:tblGrid>
      <w:tr w:rsidR="00D80985" w:rsidRPr="009A7A6B" w14:paraId="7A08361E" w14:textId="77777777">
        <w:trPr>
          <w:cantSplit/>
          <w:trHeight w:val="1219"/>
          <w:jc w:val="center"/>
        </w:trPr>
        <w:tc>
          <w:tcPr>
            <w:tcW w:w="10036" w:type="dxa"/>
            <w:shd w:val="clear" w:color="auto" w:fill="F4F8FB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6747C972" w14:textId="77777777" w:rsidR="00D80985" w:rsidRDefault="0061065C">
            <w:pPr>
              <w:spacing w:after="0" w:line="240" w:lineRule="auto"/>
              <w:rPr>
                <w:i/>
                <w:color w:val="2F6B9A"/>
                <w:sz w:val="18"/>
                <w:lang w:val="sk-SK"/>
              </w:rPr>
            </w:pPr>
            <w:r w:rsidRPr="009A7A6B">
              <w:rPr>
                <w:i/>
                <w:color w:val="2F6B9A"/>
                <w:sz w:val="18"/>
                <w:lang w:val="sk-SK"/>
              </w:rPr>
              <w:t>[Doplňte odpoveď.]</w:t>
            </w:r>
          </w:p>
          <w:p w14:paraId="79E0B1D8" w14:textId="77777777" w:rsidR="0017192E" w:rsidRPr="0017192E" w:rsidRDefault="0017192E" w:rsidP="0017192E">
            <w:pPr>
              <w:rPr>
                <w:lang w:val="sk-SK"/>
              </w:rPr>
            </w:pPr>
          </w:p>
          <w:p w14:paraId="57914F8B" w14:textId="77777777" w:rsidR="0017192E" w:rsidRPr="0017192E" w:rsidRDefault="0017192E" w:rsidP="0017192E">
            <w:pPr>
              <w:rPr>
                <w:lang w:val="sk-SK"/>
              </w:rPr>
            </w:pPr>
          </w:p>
          <w:p w14:paraId="71AD79BA" w14:textId="77777777" w:rsidR="0017192E" w:rsidRPr="0017192E" w:rsidRDefault="0017192E" w:rsidP="0017192E">
            <w:pPr>
              <w:rPr>
                <w:lang w:val="sk-SK"/>
              </w:rPr>
            </w:pPr>
          </w:p>
          <w:p w14:paraId="190BF023" w14:textId="77777777" w:rsidR="0017192E" w:rsidRPr="0017192E" w:rsidRDefault="0017192E" w:rsidP="0017192E"/>
        </w:tc>
      </w:tr>
    </w:tbl>
    <w:p w14:paraId="28112113" w14:textId="77777777" w:rsidR="00D80985" w:rsidRPr="009A7A6B" w:rsidRDefault="00D80985">
      <w:pPr>
        <w:spacing w:after="0"/>
      </w:pPr>
    </w:p>
    <w:p w14:paraId="342E9944" w14:textId="77777777" w:rsidR="00D80985" w:rsidRPr="00A917C3" w:rsidRDefault="0061065C">
      <w:pPr>
        <w:keepNext/>
        <w:rPr>
          <w:lang w:val="pl-PL"/>
        </w:rPr>
      </w:pPr>
      <w:r w:rsidRPr="009A7A6B">
        <w:rPr>
          <w:b/>
          <w:color w:val="163A5F"/>
          <w:lang w:val="sk-SK"/>
        </w:rPr>
        <w:t xml:space="preserve">2.4 Cieľ Projektu a otázky, ktoré má </w:t>
      </w:r>
      <w:proofErr w:type="spellStart"/>
      <w:r w:rsidRPr="009A7A6B">
        <w:rPr>
          <w:b/>
          <w:color w:val="163A5F"/>
          <w:lang w:val="sk-SK"/>
        </w:rPr>
        <w:t>PoC</w:t>
      </w:r>
      <w:proofErr w:type="spellEnd"/>
      <w:r w:rsidRPr="009A7A6B">
        <w:rPr>
          <w:b/>
          <w:color w:val="163A5F"/>
          <w:lang w:val="sk-SK"/>
        </w:rPr>
        <w:t xml:space="preserve"> overiť</w:t>
      </w:r>
    </w:p>
    <w:p w14:paraId="7ABA847D" w14:textId="6F6A1E0A" w:rsidR="00D80985" w:rsidRPr="00A917C3" w:rsidRDefault="0061065C">
      <w:pPr>
        <w:pStyle w:val="Instruction"/>
        <w:keepNext/>
        <w:rPr>
          <w:lang w:val="pl-PL"/>
        </w:rPr>
      </w:pPr>
      <w:r w:rsidRPr="009A7A6B">
        <w:rPr>
          <w:lang w:val="sk-SK"/>
        </w:rPr>
        <w:t>Formulujte jeden hlavný cieľ a konkrétne technické, aplikačné, používateľské, regulačné, výrobné alebo trhové neistoty, ktoré sa majú odstrániť</w:t>
      </w:r>
      <w:r w:rsidR="00B441E8" w:rsidRPr="009A7A6B">
        <w:rPr>
          <w:lang w:val="sk-SK"/>
        </w:rPr>
        <w:t xml:space="preserve"> (max. 1 500 znakov).</w:t>
      </w:r>
    </w:p>
    <w:tbl>
      <w:tblPr>
        <w:tblW w:w="0" w:type="auto"/>
        <w:jc w:val="center"/>
        <w:tblBorders>
          <w:top w:val="single" w:sz="5" w:space="0" w:color="B8C4CF"/>
          <w:left w:val="single" w:sz="5" w:space="0" w:color="B8C4CF"/>
          <w:bottom w:val="single" w:sz="5" w:space="0" w:color="B8C4CF"/>
          <w:right w:val="single" w:sz="5" w:space="0" w:color="B8C4CF"/>
          <w:insideH w:val="single" w:sz="5" w:space="0" w:color="B8C4CF"/>
          <w:insideV w:val="single" w:sz="5" w:space="0" w:color="B8C4CF"/>
        </w:tblBorders>
        <w:tblLayout w:type="fixed"/>
        <w:tblLook w:val="04A0" w:firstRow="1" w:lastRow="0" w:firstColumn="1" w:lastColumn="0" w:noHBand="0" w:noVBand="1"/>
      </w:tblPr>
      <w:tblGrid>
        <w:gridCol w:w="10036"/>
      </w:tblGrid>
      <w:tr w:rsidR="00D80985" w:rsidRPr="009A7A6B" w14:paraId="388F1D8F" w14:textId="77777777">
        <w:trPr>
          <w:cantSplit/>
          <w:trHeight w:val="1219"/>
          <w:jc w:val="center"/>
        </w:trPr>
        <w:tc>
          <w:tcPr>
            <w:tcW w:w="10036" w:type="dxa"/>
            <w:shd w:val="clear" w:color="auto" w:fill="F4F8FB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6079B7DA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656DB7FC" w14:textId="77777777" w:rsidR="00D80985" w:rsidRPr="009A7A6B" w:rsidRDefault="00D80985">
      <w:pPr>
        <w:spacing w:after="0"/>
      </w:pPr>
    </w:p>
    <w:p w14:paraId="3D3831DD" w14:textId="77777777" w:rsidR="00D80985" w:rsidRPr="009A7A6B" w:rsidRDefault="0061065C">
      <w:pPr>
        <w:pStyle w:val="Nadpis1"/>
      </w:pPr>
      <w:r w:rsidRPr="009A7A6B">
        <w:rPr>
          <w:lang w:val="sk-SK"/>
        </w:rPr>
        <w:t>3. Inovačný, aplikačný a trhový potenciál</w:t>
      </w:r>
    </w:p>
    <w:p w14:paraId="2FDDB3AB" w14:textId="77777777" w:rsidR="00D80985" w:rsidRPr="009A7A6B" w:rsidRDefault="0061065C">
      <w:pPr>
        <w:keepNext/>
      </w:pPr>
      <w:r w:rsidRPr="009A7A6B">
        <w:rPr>
          <w:b/>
          <w:color w:val="163A5F"/>
          <w:lang w:val="sk-SK"/>
        </w:rPr>
        <w:t>3.1 Inovatívnosť, odlišnosť a konkurenčná výhoda</w:t>
      </w:r>
    </w:p>
    <w:p w14:paraId="67426C6D" w14:textId="05C1E225" w:rsidR="00D80985" w:rsidRPr="00A917C3" w:rsidRDefault="0061065C">
      <w:pPr>
        <w:pStyle w:val="Instruction"/>
        <w:keepNext/>
        <w:rPr>
          <w:lang w:val="sk-SK"/>
        </w:rPr>
      </w:pPr>
      <w:r w:rsidRPr="009A7A6B">
        <w:rPr>
          <w:lang w:val="sk-SK"/>
        </w:rPr>
        <w:t>Porovnajte riešenie s existujúcimi produktmi, technológiami alebo postupmi. Uveďte, čo je nové alebo jedinečné a prečo by potenciálny používateľ, partner alebo nadobúdateľ uprednostnil toto riešenie</w:t>
      </w:r>
      <w:r w:rsidR="00B441E8" w:rsidRPr="009A7A6B">
        <w:rPr>
          <w:lang w:val="sk-SK"/>
        </w:rPr>
        <w:t xml:space="preserve"> (max. 1 500 znakov).</w:t>
      </w:r>
    </w:p>
    <w:tbl>
      <w:tblPr>
        <w:tblW w:w="0" w:type="auto"/>
        <w:jc w:val="center"/>
        <w:tblBorders>
          <w:top w:val="single" w:sz="5" w:space="0" w:color="B8C4CF"/>
          <w:left w:val="single" w:sz="5" w:space="0" w:color="B8C4CF"/>
          <w:bottom w:val="single" w:sz="5" w:space="0" w:color="B8C4CF"/>
          <w:right w:val="single" w:sz="5" w:space="0" w:color="B8C4CF"/>
          <w:insideH w:val="single" w:sz="5" w:space="0" w:color="B8C4CF"/>
          <w:insideV w:val="single" w:sz="5" w:space="0" w:color="B8C4CF"/>
        </w:tblBorders>
        <w:tblLayout w:type="fixed"/>
        <w:tblLook w:val="04A0" w:firstRow="1" w:lastRow="0" w:firstColumn="1" w:lastColumn="0" w:noHBand="0" w:noVBand="1"/>
      </w:tblPr>
      <w:tblGrid>
        <w:gridCol w:w="10036"/>
      </w:tblGrid>
      <w:tr w:rsidR="00D80985" w:rsidRPr="009A7A6B" w14:paraId="006E15FC" w14:textId="77777777">
        <w:trPr>
          <w:cantSplit/>
          <w:trHeight w:val="1219"/>
          <w:jc w:val="center"/>
        </w:trPr>
        <w:tc>
          <w:tcPr>
            <w:tcW w:w="10036" w:type="dxa"/>
            <w:shd w:val="clear" w:color="auto" w:fill="F4F8FB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7A469279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1A4E18ED" w14:textId="77777777" w:rsidR="00D80985" w:rsidRPr="009A7A6B" w:rsidRDefault="00D80985">
      <w:pPr>
        <w:spacing w:after="0"/>
      </w:pPr>
    </w:p>
    <w:p w14:paraId="411EEE4D" w14:textId="77777777" w:rsidR="00D80985" w:rsidRPr="009A7A6B" w:rsidRDefault="0061065C">
      <w:pPr>
        <w:keepNext/>
      </w:pPr>
      <w:r w:rsidRPr="009A7A6B">
        <w:rPr>
          <w:b/>
          <w:color w:val="163A5F"/>
          <w:lang w:val="sk-SK"/>
        </w:rPr>
        <w:t>3.2 Potenciál uplatnenia v praxi</w:t>
      </w:r>
    </w:p>
    <w:p w14:paraId="5AA8D9C6" w14:textId="53A4784B" w:rsidR="00D80985" w:rsidRPr="009A7A6B" w:rsidRDefault="0061065C">
      <w:pPr>
        <w:pStyle w:val="Instruction"/>
        <w:keepNext/>
      </w:pPr>
      <w:r w:rsidRPr="009A7A6B">
        <w:rPr>
          <w:lang w:val="sk-SK"/>
        </w:rPr>
        <w:t>Identifikujte cieľových používateľov, zákazníkov alebo príjemcov, predpokladaný trh</w:t>
      </w:r>
      <w:r w:rsidR="00B7123B" w:rsidRPr="009A7A6B">
        <w:rPr>
          <w:lang w:val="sk-SK"/>
        </w:rPr>
        <w:t xml:space="preserve"> a jeho očakávanú veľkosť</w:t>
      </w:r>
      <w:r w:rsidRPr="009A7A6B">
        <w:rPr>
          <w:lang w:val="sk-SK"/>
        </w:rPr>
        <w:t xml:space="preserve"> alebo rozsah spoločenského využitia a dostupné dôkazy o potrebe alebo záujme</w:t>
      </w:r>
      <w:r w:rsidR="00B441E8" w:rsidRPr="009A7A6B">
        <w:rPr>
          <w:lang w:val="sk-SK"/>
        </w:rPr>
        <w:t xml:space="preserve"> (max. 1 500 znakov).</w:t>
      </w:r>
    </w:p>
    <w:tbl>
      <w:tblPr>
        <w:tblW w:w="0" w:type="auto"/>
        <w:jc w:val="center"/>
        <w:tblBorders>
          <w:top w:val="single" w:sz="5" w:space="0" w:color="B8C4CF"/>
          <w:left w:val="single" w:sz="5" w:space="0" w:color="B8C4CF"/>
          <w:bottom w:val="single" w:sz="5" w:space="0" w:color="B8C4CF"/>
          <w:right w:val="single" w:sz="5" w:space="0" w:color="B8C4CF"/>
          <w:insideH w:val="single" w:sz="5" w:space="0" w:color="B8C4CF"/>
          <w:insideV w:val="single" w:sz="5" w:space="0" w:color="B8C4CF"/>
        </w:tblBorders>
        <w:tblLayout w:type="fixed"/>
        <w:tblLook w:val="04A0" w:firstRow="1" w:lastRow="0" w:firstColumn="1" w:lastColumn="0" w:noHBand="0" w:noVBand="1"/>
      </w:tblPr>
      <w:tblGrid>
        <w:gridCol w:w="10036"/>
      </w:tblGrid>
      <w:tr w:rsidR="00D80985" w:rsidRPr="009A7A6B" w14:paraId="08445C2E" w14:textId="77777777">
        <w:trPr>
          <w:cantSplit/>
          <w:trHeight w:val="1219"/>
          <w:jc w:val="center"/>
        </w:trPr>
        <w:tc>
          <w:tcPr>
            <w:tcW w:w="10036" w:type="dxa"/>
            <w:shd w:val="clear" w:color="auto" w:fill="F4F8FB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AB76257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41910982" w14:textId="77777777" w:rsidR="00D80985" w:rsidRPr="009A7A6B" w:rsidRDefault="00D80985">
      <w:pPr>
        <w:spacing w:after="0"/>
      </w:pPr>
    </w:p>
    <w:p w14:paraId="74268DED" w14:textId="36865636" w:rsidR="00D80985" w:rsidRPr="009A7A6B" w:rsidRDefault="0061065C">
      <w:pPr>
        <w:keepNext/>
      </w:pPr>
      <w:r w:rsidRPr="009A7A6B">
        <w:rPr>
          <w:b/>
          <w:color w:val="163A5F"/>
          <w:lang w:val="sk-SK"/>
        </w:rPr>
        <w:t>3.3 Predpokladan</w:t>
      </w:r>
      <w:r w:rsidR="00B7123B" w:rsidRPr="009A7A6B">
        <w:rPr>
          <w:b/>
          <w:color w:val="163A5F"/>
          <w:lang w:val="sk-SK"/>
        </w:rPr>
        <w:t>ý</w:t>
      </w:r>
      <w:r w:rsidRPr="009A7A6B">
        <w:rPr>
          <w:b/>
          <w:color w:val="163A5F"/>
          <w:lang w:val="sk-SK"/>
        </w:rPr>
        <w:t xml:space="preserve"> </w:t>
      </w:r>
      <w:r w:rsidR="00B7123B" w:rsidRPr="009A7A6B">
        <w:rPr>
          <w:b/>
          <w:color w:val="163A5F"/>
          <w:lang w:val="sk-SK"/>
        </w:rPr>
        <w:t xml:space="preserve">spôsob </w:t>
      </w:r>
      <w:r w:rsidRPr="009A7A6B">
        <w:rPr>
          <w:b/>
          <w:color w:val="163A5F"/>
          <w:lang w:val="sk-SK"/>
        </w:rPr>
        <w:t>praktického využitia alebo komercializácie</w:t>
      </w:r>
    </w:p>
    <w:p w14:paraId="061FA4CD" w14:textId="1F939B88" w:rsidR="00D80985" w:rsidRPr="009A7A6B" w:rsidRDefault="0061065C">
      <w:pPr>
        <w:pStyle w:val="Instruction"/>
        <w:keepNext/>
      </w:pPr>
      <w:r w:rsidRPr="009A7A6B">
        <w:rPr>
          <w:lang w:val="sk-SK"/>
        </w:rPr>
        <w:t xml:space="preserve">Uveďte najvhodnejší spôsob transferu poznatkov alebo technológie, napr. licencovanie, spoluprácu s priemyslom, výskumnú zmluvu, </w:t>
      </w:r>
      <w:proofErr w:type="spellStart"/>
      <w:r w:rsidRPr="009A7A6B">
        <w:rPr>
          <w:lang w:val="sk-SK"/>
        </w:rPr>
        <w:t>spin-off</w:t>
      </w:r>
      <w:proofErr w:type="spellEnd"/>
      <w:r w:rsidRPr="009A7A6B">
        <w:rPr>
          <w:lang w:val="sk-SK"/>
        </w:rPr>
        <w:t>, zavedenie do verejnej praxe alebo iný spôsob, a stručne ho odôvodnite</w:t>
      </w:r>
      <w:r w:rsidR="00B441E8" w:rsidRPr="009A7A6B">
        <w:rPr>
          <w:lang w:val="sk-SK"/>
        </w:rPr>
        <w:t xml:space="preserve"> (max. 1 500 znakov).</w:t>
      </w:r>
    </w:p>
    <w:tbl>
      <w:tblPr>
        <w:tblW w:w="0" w:type="auto"/>
        <w:jc w:val="center"/>
        <w:tblBorders>
          <w:top w:val="single" w:sz="5" w:space="0" w:color="B8C4CF"/>
          <w:left w:val="single" w:sz="5" w:space="0" w:color="B8C4CF"/>
          <w:bottom w:val="single" w:sz="5" w:space="0" w:color="B8C4CF"/>
          <w:right w:val="single" w:sz="5" w:space="0" w:color="B8C4CF"/>
          <w:insideH w:val="single" w:sz="5" w:space="0" w:color="B8C4CF"/>
          <w:insideV w:val="single" w:sz="5" w:space="0" w:color="B8C4CF"/>
        </w:tblBorders>
        <w:tblLayout w:type="fixed"/>
        <w:tblLook w:val="04A0" w:firstRow="1" w:lastRow="0" w:firstColumn="1" w:lastColumn="0" w:noHBand="0" w:noVBand="1"/>
      </w:tblPr>
      <w:tblGrid>
        <w:gridCol w:w="10036"/>
      </w:tblGrid>
      <w:tr w:rsidR="00D80985" w:rsidRPr="009A7A6B" w14:paraId="7503C515" w14:textId="77777777">
        <w:trPr>
          <w:cantSplit/>
          <w:trHeight w:val="1020"/>
          <w:jc w:val="center"/>
        </w:trPr>
        <w:tc>
          <w:tcPr>
            <w:tcW w:w="10036" w:type="dxa"/>
            <w:shd w:val="clear" w:color="auto" w:fill="F4F8FB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7020EF0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2CACA3CD" w14:textId="77777777" w:rsidR="00D80985" w:rsidRPr="009A7A6B" w:rsidRDefault="00D80985">
      <w:pPr>
        <w:spacing w:after="0"/>
      </w:pPr>
    </w:p>
    <w:p w14:paraId="7614BBF9" w14:textId="77777777" w:rsidR="00D80985" w:rsidRPr="00A917C3" w:rsidRDefault="0061065C">
      <w:pPr>
        <w:pStyle w:val="Nadpis1"/>
        <w:rPr>
          <w:lang w:val="pl-PL"/>
        </w:rPr>
      </w:pPr>
      <w:r w:rsidRPr="009A7A6B">
        <w:rPr>
          <w:lang w:val="sk-SK"/>
        </w:rPr>
        <w:t>4. Technická alebo aplikačná realizovateľnosť a metodika</w:t>
      </w:r>
    </w:p>
    <w:tbl>
      <w:tblPr>
        <w:tblStyle w:val="Mriekatabuky"/>
        <w:tblW w:w="0" w:type="auto"/>
        <w:jc w:val="center"/>
        <w:tblBorders>
          <w:top w:val="single" w:sz="6" w:space="0" w:color="9EADBA"/>
          <w:left w:val="single" w:sz="6" w:space="0" w:color="9EADBA"/>
          <w:bottom w:val="single" w:sz="6" w:space="0" w:color="9EADBA"/>
          <w:right w:val="single" w:sz="6" w:space="0" w:color="9EADBA"/>
          <w:insideH w:val="single" w:sz="6" w:space="0" w:color="9EADBA"/>
          <w:insideV w:val="single" w:sz="6" w:space="0" w:color="9EADBA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917"/>
      </w:tblGrid>
      <w:tr w:rsidR="00D80985" w:rsidRPr="009A7A6B" w14:paraId="43BBE612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7C2AC2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Aktuálny stupeň pripravenosti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810C25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[Uveďte TRL alebo iný primeraný stupeň zrelosti a stručné odôvodnenie. Zvýšenie TRL nie je samo osebe podmienkou podpory.]</w:t>
            </w:r>
          </w:p>
        </w:tc>
      </w:tr>
      <w:tr w:rsidR="00D80985" w:rsidRPr="000D59CC" w14:paraId="598E1590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761955" w14:textId="77777777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b/>
                <w:color w:val="163A5F"/>
                <w:sz w:val="18"/>
                <w:lang w:val="sk-SK"/>
              </w:rPr>
              <w:t>Predpokladaný stav po skončení Projektu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B68EB9" w14:textId="77777777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i/>
                <w:color w:val="2F6B9A"/>
                <w:sz w:val="18"/>
                <w:lang w:val="sk-SK"/>
              </w:rPr>
              <w:t>[Uveďte cieľový stav alebo mieru odstránenia neistoty; ak sa TRL nemení, vysvetlite.]</w:t>
            </w:r>
          </w:p>
        </w:tc>
      </w:tr>
    </w:tbl>
    <w:p w14:paraId="3ADE24A8" w14:textId="77777777" w:rsidR="00D80985" w:rsidRPr="00A917C3" w:rsidRDefault="00D80985">
      <w:pPr>
        <w:spacing w:after="0"/>
        <w:rPr>
          <w:lang w:val="pl-PL"/>
        </w:rPr>
      </w:pPr>
    </w:p>
    <w:p w14:paraId="773117B8" w14:textId="77777777" w:rsidR="00D80985" w:rsidRPr="00A917C3" w:rsidRDefault="0061065C">
      <w:pPr>
        <w:keepNext/>
        <w:rPr>
          <w:lang w:val="pl-PL"/>
        </w:rPr>
      </w:pPr>
      <w:r w:rsidRPr="009A7A6B">
        <w:rPr>
          <w:b/>
          <w:color w:val="163A5F"/>
          <w:lang w:val="sk-SK"/>
        </w:rPr>
        <w:t>4.1 Metodika a overovacie aktivity</w:t>
      </w:r>
    </w:p>
    <w:p w14:paraId="0D419FF9" w14:textId="1617A8E4" w:rsidR="005F51EC" w:rsidRPr="009A7A6B" w:rsidRDefault="0061065C">
      <w:pPr>
        <w:pStyle w:val="Instruction"/>
        <w:keepNext/>
        <w:rPr>
          <w:lang w:val="sk-SK"/>
        </w:rPr>
      </w:pPr>
      <w:r w:rsidRPr="009A7A6B">
        <w:rPr>
          <w:lang w:val="sk-SK"/>
        </w:rPr>
        <w:t xml:space="preserve">Opíšte </w:t>
      </w:r>
      <w:r w:rsidR="0028159F" w:rsidRPr="009A7A6B">
        <w:rPr>
          <w:lang w:val="sk-SK"/>
        </w:rPr>
        <w:t xml:space="preserve">aktivity </w:t>
      </w:r>
      <w:r w:rsidR="005F51EC" w:rsidRPr="009A7A6B">
        <w:rPr>
          <w:lang w:val="sk-SK"/>
        </w:rPr>
        <w:t xml:space="preserve">potrebné pre </w:t>
      </w:r>
      <w:r w:rsidRPr="009A7A6B">
        <w:rPr>
          <w:lang w:val="sk-SK"/>
        </w:rPr>
        <w:t xml:space="preserve">testovanie, experimentovanie, </w:t>
      </w:r>
      <w:proofErr w:type="spellStart"/>
      <w:r w:rsidRPr="009A7A6B">
        <w:rPr>
          <w:lang w:val="sk-SK"/>
        </w:rPr>
        <w:t>prototypovanie</w:t>
      </w:r>
      <w:proofErr w:type="spellEnd"/>
      <w:r w:rsidRPr="009A7A6B">
        <w:rPr>
          <w:lang w:val="sk-SK"/>
        </w:rPr>
        <w:t>, validáciu, pilotné overenie, zákaznícke alebo používateľské overenie, regulačné posúdenie či iné aktivity. Pri každej aktivite uveďte, čo sa bude overovať a akým spôsobom sa vyhodnotí úspech</w:t>
      </w:r>
      <w:r w:rsidR="00B441E8" w:rsidRPr="009A7A6B">
        <w:rPr>
          <w:lang w:val="sk-SK"/>
        </w:rPr>
        <w:t xml:space="preserve"> (max. 1 500 znakov).</w:t>
      </w:r>
      <w:r w:rsidR="005F51EC" w:rsidRPr="009A7A6B">
        <w:rPr>
          <w:lang w:val="sk-SK"/>
        </w:rPr>
        <w:t xml:space="preserve"> Pri každej aktivite stručne uveďte jej očakávaný výstup a merateľný ukazovateľ (jeden postačí</w:t>
      </w:r>
      <w:r w:rsidR="0028159F" w:rsidRPr="009A7A6B">
        <w:rPr>
          <w:lang w:val="sk-SK"/>
        </w:rPr>
        <w:t>).</w:t>
      </w:r>
    </w:p>
    <w:tbl>
      <w:tblPr>
        <w:tblW w:w="0" w:type="auto"/>
        <w:jc w:val="center"/>
        <w:tblBorders>
          <w:top w:val="single" w:sz="5" w:space="0" w:color="B8C4CF"/>
          <w:left w:val="single" w:sz="5" w:space="0" w:color="B8C4CF"/>
          <w:bottom w:val="single" w:sz="5" w:space="0" w:color="B8C4CF"/>
          <w:right w:val="single" w:sz="5" w:space="0" w:color="B8C4CF"/>
          <w:insideH w:val="single" w:sz="5" w:space="0" w:color="B8C4CF"/>
          <w:insideV w:val="single" w:sz="5" w:space="0" w:color="B8C4CF"/>
        </w:tblBorders>
        <w:tblLayout w:type="fixed"/>
        <w:tblLook w:val="04A0" w:firstRow="1" w:lastRow="0" w:firstColumn="1" w:lastColumn="0" w:noHBand="0" w:noVBand="1"/>
      </w:tblPr>
      <w:tblGrid>
        <w:gridCol w:w="10036"/>
      </w:tblGrid>
      <w:tr w:rsidR="00D80985" w:rsidRPr="009A7A6B" w14:paraId="1668D171" w14:textId="77777777">
        <w:trPr>
          <w:cantSplit/>
          <w:trHeight w:val="1417"/>
          <w:jc w:val="center"/>
        </w:trPr>
        <w:tc>
          <w:tcPr>
            <w:tcW w:w="10036" w:type="dxa"/>
            <w:shd w:val="clear" w:color="auto" w:fill="F4F8FB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7C0CE98D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4E37A242" w14:textId="77777777" w:rsidR="00D80985" w:rsidRPr="009A7A6B" w:rsidRDefault="00D80985">
      <w:pPr>
        <w:spacing w:after="0"/>
      </w:pPr>
    </w:p>
    <w:p w14:paraId="47589F62" w14:textId="77777777" w:rsidR="00D80985" w:rsidRPr="009A7A6B" w:rsidRDefault="0061065C">
      <w:pPr>
        <w:keepNext/>
      </w:pPr>
      <w:r w:rsidRPr="009A7A6B">
        <w:rPr>
          <w:b/>
          <w:color w:val="163A5F"/>
          <w:lang w:val="sk-SK"/>
        </w:rPr>
        <w:t>4.2 Kľúčové zdroje a infraštruktúra</w:t>
      </w:r>
    </w:p>
    <w:p w14:paraId="2DE7518A" w14:textId="348EA5CC" w:rsidR="00D80985" w:rsidRPr="009A7A6B" w:rsidRDefault="0061065C">
      <w:pPr>
        <w:pStyle w:val="Instruction"/>
        <w:keepNext/>
      </w:pPr>
      <w:r w:rsidRPr="009A7A6B">
        <w:rPr>
          <w:lang w:val="sk-SK"/>
        </w:rPr>
        <w:t>Uveďte potrebné zariadenia, materiál, dáta, softvér, pracovné kapacity, prístupy, externé služby a ich dostupnosť. Finančné údaje patria do časti 7</w:t>
      </w:r>
      <w:r w:rsidR="00B441E8" w:rsidRPr="009A7A6B">
        <w:rPr>
          <w:lang w:val="sk-SK"/>
        </w:rPr>
        <w:t xml:space="preserve"> (max. 1 500 znakov).</w:t>
      </w:r>
    </w:p>
    <w:tbl>
      <w:tblPr>
        <w:tblW w:w="0" w:type="auto"/>
        <w:jc w:val="center"/>
        <w:tblBorders>
          <w:top w:val="single" w:sz="5" w:space="0" w:color="B8C4CF"/>
          <w:left w:val="single" w:sz="5" w:space="0" w:color="B8C4CF"/>
          <w:bottom w:val="single" w:sz="5" w:space="0" w:color="B8C4CF"/>
          <w:right w:val="single" w:sz="5" w:space="0" w:color="B8C4CF"/>
          <w:insideH w:val="single" w:sz="5" w:space="0" w:color="B8C4CF"/>
          <w:insideV w:val="single" w:sz="5" w:space="0" w:color="B8C4CF"/>
        </w:tblBorders>
        <w:tblLayout w:type="fixed"/>
        <w:tblLook w:val="04A0" w:firstRow="1" w:lastRow="0" w:firstColumn="1" w:lastColumn="0" w:noHBand="0" w:noVBand="1"/>
      </w:tblPr>
      <w:tblGrid>
        <w:gridCol w:w="10036"/>
      </w:tblGrid>
      <w:tr w:rsidR="00D80985" w:rsidRPr="009A7A6B" w14:paraId="2BE21F2A" w14:textId="77777777">
        <w:trPr>
          <w:cantSplit/>
          <w:trHeight w:val="1020"/>
          <w:jc w:val="center"/>
        </w:trPr>
        <w:tc>
          <w:tcPr>
            <w:tcW w:w="10036" w:type="dxa"/>
            <w:shd w:val="clear" w:color="auto" w:fill="F4F8FB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E2FD3EE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1CD24F99" w14:textId="77777777" w:rsidR="00D80985" w:rsidRPr="009A7A6B" w:rsidRDefault="00D80985">
      <w:pPr>
        <w:spacing w:after="0"/>
      </w:pPr>
    </w:p>
    <w:p w14:paraId="4B44630B" w14:textId="77777777" w:rsidR="00D80985" w:rsidRPr="00A917C3" w:rsidRDefault="0061065C">
      <w:pPr>
        <w:pStyle w:val="Nadpis1"/>
        <w:rPr>
          <w:lang w:val="pl-PL"/>
        </w:rPr>
      </w:pPr>
      <w:r w:rsidRPr="009A7A6B">
        <w:rPr>
          <w:lang w:val="sk-SK"/>
        </w:rPr>
        <w:t>5. Pracovný plán, míľniky a Projektové výstupy</w:t>
      </w:r>
    </w:p>
    <w:p w14:paraId="19987B42" w14:textId="4917C037" w:rsidR="00D80985" w:rsidRPr="00A917C3" w:rsidRDefault="0061065C">
      <w:pPr>
        <w:pStyle w:val="Instruction"/>
        <w:rPr>
          <w:lang w:val="sk-SK"/>
        </w:rPr>
      </w:pPr>
      <w:r w:rsidRPr="009A7A6B">
        <w:rPr>
          <w:lang w:val="sk-SK"/>
        </w:rPr>
        <w:t>Míľnik musí byť overiteľný. Pri každom výstupe uveďte kritérium, podľa ktorého bude možné posúdiť jeho splnenie.</w:t>
      </w:r>
      <w:r w:rsidR="00B7123B" w:rsidRPr="009A7A6B">
        <w:rPr>
          <w:lang w:val="sk-SK"/>
        </w:rPr>
        <w:t xml:space="preserve"> Môžete predložiť aj vo forme tzv. </w:t>
      </w:r>
      <w:proofErr w:type="spellStart"/>
      <w:r w:rsidR="00B7123B" w:rsidRPr="009A7A6B">
        <w:rPr>
          <w:lang w:val="sk-SK"/>
        </w:rPr>
        <w:t>Ganttovho</w:t>
      </w:r>
      <w:proofErr w:type="spellEnd"/>
      <w:r w:rsidR="00B7123B" w:rsidRPr="009A7A6B">
        <w:rPr>
          <w:lang w:val="sk-SK"/>
        </w:rPr>
        <w:t xml:space="preserve"> diagramu</w:t>
      </w:r>
      <w:r w:rsidR="00B441E8" w:rsidRPr="009A7A6B">
        <w:rPr>
          <w:lang w:val="sk-SK"/>
        </w:rPr>
        <w:t xml:space="preserve"> (max. 1 500 znakov).</w:t>
      </w:r>
    </w:p>
    <w:tbl>
      <w:tblPr>
        <w:tblW w:w="0" w:type="auto"/>
        <w:jc w:val="center"/>
        <w:tblBorders>
          <w:top w:val="single" w:sz="6" w:space="0" w:color="9EADBA"/>
          <w:left w:val="single" w:sz="6" w:space="0" w:color="9EADBA"/>
          <w:bottom w:val="single" w:sz="6" w:space="0" w:color="9EADBA"/>
          <w:right w:val="single" w:sz="6" w:space="0" w:color="9EADBA"/>
          <w:insideH w:val="single" w:sz="6" w:space="0" w:color="9EADBA"/>
          <w:insideV w:val="single" w:sz="6" w:space="0" w:color="9EADBA"/>
        </w:tblBorders>
        <w:tblLayout w:type="fixed"/>
        <w:tblLook w:val="04A0" w:firstRow="1" w:lastRow="0" w:firstColumn="1" w:lastColumn="0" w:noHBand="0" w:noVBand="1"/>
      </w:tblPr>
      <w:tblGrid>
        <w:gridCol w:w="396"/>
        <w:gridCol w:w="2154"/>
        <w:gridCol w:w="2041"/>
        <w:gridCol w:w="2154"/>
        <w:gridCol w:w="1020"/>
        <w:gridCol w:w="1474"/>
      </w:tblGrid>
      <w:tr w:rsidR="00D80985" w:rsidRPr="009A7A6B" w14:paraId="7DBAD16C" w14:textId="77777777">
        <w:trPr>
          <w:cantSplit/>
          <w:tblHeader/>
          <w:jc w:val="center"/>
        </w:trPr>
        <w:tc>
          <w:tcPr>
            <w:tcW w:w="396" w:type="dxa"/>
            <w:shd w:val="clear" w:color="auto" w:fill="163A5F"/>
            <w:vAlign w:val="center"/>
          </w:tcPr>
          <w:p w14:paraId="09BD59CA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6"/>
                <w:lang w:val="sk-SK"/>
              </w:rPr>
              <w:t>Č.</w:t>
            </w:r>
          </w:p>
        </w:tc>
        <w:tc>
          <w:tcPr>
            <w:tcW w:w="2154" w:type="dxa"/>
            <w:shd w:val="clear" w:color="auto" w:fill="163A5F"/>
            <w:vAlign w:val="center"/>
          </w:tcPr>
          <w:p w14:paraId="402A4072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6"/>
                <w:lang w:val="sk-SK"/>
              </w:rPr>
              <w:t>Aktivita / úloha</w:t>
            </w:r>
          </w:p>
        </w:tc>
        <w:tc>
          <w:tcPr>
            <w:tcW w:w="2041" w:type="dxa"/>
            <w:shd w:val="clear" w:color="auto" w:fill="163A5F"/>
            <w:vAlign w:val="center"/>
          </w:tcPr>
          <w:p w14:paraId="2FF739BF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6"/>
                <w:lang w:val="sk-SK"/>
              </w:rPr>
              <w:t>Výstup alebo míľnik</w:t>
            </w:r>
          </w:p>
        </w:tc>
        <w:tc>
          <w:tcPr>
            <w:tcW w:w="2154" w:type="dxa"/>
            <w:shd w:val="clear" w:color="auto" w:fill="163A5F"/>
            <w:vAlign w:val="center"/>
          </w:tcPr>
          <w:p w14:paraId="3A6F102E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6"/>
                <w:lang w:val="sk-SK"/>
              </w:rPr>
              <w:t>Kritérium splnenia</w:t>
            </w:r>
          </w:p>
        </w:tc>
        <w:tc>
          <w:tcPr>
            <w:tcW w:w="1020" w:type="dxa"/>
            <w:shd w:val="clear" w:color="auto" w:fill="163A5F"/>
            <w:vAlign w:val="center"/>
          </w:tcPr>
          <w:p w14:paraId="51CC8C9A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6"/>
                <w:lang w:val="sk-SK"/>
              </w:rPr>
              <w:t>Termín</w:t>
            </w:r>
          </w:p>
        </w:tc>
        <w:tc>
          <w:tcPr>
            <w:tcW w:w="1474" w:type="dxa"/>
            <w:shd w:val="clear" w:color="auto" w:fill="163A5F"/>
            <w:vAlign w:val="center"/>
          </w:tcPr>
          <w:p w14:paraId="2F3ACC42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6"/>
                <w:lang w:val="sk-SK"/>
              </w:rPr>
              <w:t>Zodpovedná osoba</w:t>
            </w:r>
          </w:p>
        </w:tc>
      </w:tr>
      <w:tr w:rsidR="00D80985" w:rsidRPr="009A7A6B" w14:paraId="52A41169" w14:textId="77777777">
        <w:trPr>
          <w:cantSplit/>
          <w:trHeight w:val="709"/>
          <w:jc w:val="center"/>
        </w:trPr>
        <w:tc>
          <w:tcPr>
            <w:tcW w:w="3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010716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1</w:t>
            </w: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798B37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04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DEADFA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C51701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 merateľné kritérium.]</w:t>
            </w:r>
          </w:p>
        </w:tc>
        <w:tc>
          <w:tcPr>
            <w:tcW w:w="10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104A44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[mesiac / dátum]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FE08CA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[meno]</w:t>
            </w:r>
          </w:p>
        </w:tc>
      </w:tr>
      <w:tr w:rsidR="00D80985" w:rsidRPr="009A7A6B" w14:paraId="6416F0DD" w14:textId="77777777">
        <w:trPr>
          <w:cantSplit/>
          <w:trHeight w:val="709"/>
          <w:jc w:val="center"/>
        </w:trPr>
        <w:tc>
          <w:tcPr>
            <w:tcW w:w="3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3CD5CA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2</w:t>
            </w: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E28EC1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04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8B835D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3B6D49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 merateľné kritérium.]</w:t>
            </w:r>
          </w:p>
        </w:tc>
        <w:tc>
          <w:tcPr>
            <w:tcW w:w="10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DC75F2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[mesiac / dátum]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A57219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[meno]</w:t>
            </w:r>
          </w:p>
        </w:tc>
      </w:tr>
      <w:tr w:rsidR="00D80985" w:rsidRPr="009A7A6B" w14:paraId="41F8744C" w14:textId="77777777">
        <w:trPr>
          <w:cantSplit/>
          <w:trHeight w:val="709"/>
          <w:jc w:val="center"/>
        </w:trPr>
        <w:tc>
          <w:tcPr>
            <w:tcW w:w="3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232892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3</w:t>
            </w: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D86485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04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952958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5FE571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 merateľné kritérium.]</w:t>
            </w:r>
          </w:p>
        </w:tc>
        <w:tc>
          <w:tcPr>
            <w:tcW w:w="10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F1FD0A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[mesiac / dátum]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852C11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[meno]</w:t>
            </w:r>
          </w:p>
        </w:tc>
      </w:tr>
      <w:tr w:rsidR="00D80985" w:rsidRPr="009A7A6B" w14:paraId="21211C58" w14:textId="77777777">
        <w:trPr>
          <w:cantSplit/>
          <w:trHeight w:val="709"/>
          <w:jc w:val="center"/>
        </w:trPr>
        <w:tc>
          <w:tcPr>
            <w:tcW w:w="3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926591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4</w:t>
            </w: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4F6356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04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A2B73A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5C15DE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 merateľné kritérium.]</w:t>
            </w:r>
          </w:p>
        </w:tc>
        <w:tc>
          <w:tcPr>
            <w:tcW w:w="10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BFD1C5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[mesiac / dátum]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DF5086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[meno]</w:t>
            </w:r>
          </w:p>
        </w:tc>
      </w:tr>
      <w:tr w:rsidR="00D80985" w:rsidRPr="009A7A6B" w14:paraId="020EF0B7" w14:textId="77777777">
        <w:trPr>
          <w:cantSplit/>
          <w:trHeight w:val="709"/>
          <w:jc w:val="center"/>
        </w:trPr>
        <w:tc>
          <w:tcPr>
            <w:tcW w:w="39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491285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5</w:t>
            </w: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5834C9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04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EDCCE6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1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DA7124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 merateľné kritérium.]</w:t>
            </w:r>
          </w:p>
        </w:tc>
        <w:tc>
          <w:tcPr>
            <w:tcW w:w="10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3346E6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[mesiac / dátum]</w:t>
            </w:r>
          </w:p>
        </w:tc>
        <w:tc>
          <w:tcPr>
            <w:tcW w:w="147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33B0B5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[meno]</w:t>
            </w:r>
          </w:p>
        </w:tc>
      </w:tr>
    </w:tbl>
    <w:p w14:paraId="1235519C" w14:textId="77777777" w:rsidR="00D80985" w:rsidRPr="009A7A6B" w:rsidRDefault="00D80985"/>
    <w:p w14:paraId="228878D6" w14:textId="77777777" w:rsidR="00D80985" w:rsidRPr="009A7A6B" w:rsidRDefault="0061065C">
      <w:pPr>
        <w:keepNext/>
      </w:pPr>
      <w:r w:rsidRPr="009A7A6B">
        <w:rPr>
          <w:b/>
          <w:color w:val="163A5F"/>
          <w:lang w:val="sk-SK"/>
        </w:rPr>
        <w:t>5.1 Očakávaný konečný Projektový výstup a nadväzujúci postup</w:t>
      </w:r>
    </w:p>
    <w:p w14:paraId="689065D5" w14:textId="43322586" w:rsidR="00D80985" w:rsidRPr="009A7A6B" w:rsidRDefault="0061065C">
      <w:pPr>
        <w:pStyle w:val="Instruction"/>
        <w:keepNext/>
      </w:pPr>
      <w:r w:rsidRPr="009A7A6B">
        <w:rPr>
          <w:lang w:val="sk-SK"/>
        </w:rPr>
        <w:t xml:space="preserve">Uveďte konkrétny výstup (napr. prototyp, validačná správa, testovací protokol, technická dokumentácia, </w:t>
      </w:r>
      <w:proofErr w:type="spellStart"/>
      <w:r w:rsidRPr="009A7A6B">
        <w:rPr>
          <w:lang w:val="sk-SK"/>
        </w:rPr>
        <w:t>proof</w:t>
      </w:r>
      <w:proofErr w:type="spellEnd"/>
      <w:r w:rsidRPr="009A7A6B">
        <w:rPr>
          <w:lang w:val="sk-SK"/>
        </w:rPr>
        <w:t>-of-</w:t>
      </w:r>
      <w:proofErr w:type="spellStart"/>
      <w:r w:rsidRPr="009A7A6B">
        <w:rPr>
          <w:lang w:val="sk-SK"/>
        </w:rPr>
        <w:t>market</w:t>
      </w:r>
      <w:proofErr w:type="spellEnd"/>
      <w:r w:rsidRPr="009A7A6B">
        <w:rPr>
          <w:lang w:val="sk-SK"/>
        </w:rPr>
        <w:t xml:space="preserve"> výstup, regulačné posúdenie alebo IP analýza) a rozhodnutie alebo ďalší krok, ktorý má umožniť</w:t>
      </w:r>
      <w:r w:rsidR="00B441E8" w:rsidRPr="009A7A6B">
        <w:rPr>
          <w:lang w:val="sk-SK"/>
        </w:rPr>
        <w:t xml:space="preserve"> (max. 1 500 znakov).</w:t>
      </w:r>
    </w:p>
    <w:tbl>
      <w:tblPr>
        <w:tblW w:w="0" w:type="auto"/>
        <w:jc w:val="center"/>
        <w:tblBorders>
          <w:top w:val="single" w:sz="5" w:space="0" w:color="B8C4CF"/>
          <w:left w:val="single" w:sz="5" w:space="0" w:color="B8C4CF"/>
          <w:bottom w:val="single" w:sz="5" w:space="0" w:color="B8C4CF"/>
          <w:right w:val="single" w:sz="5" w:space="0" w:color="B8C4CF"/>
          <w:insideH w:val="single" w:sz="5" w:space="0" w:color="B8C4CF"/>
          <w:insideV w:val="single" w:sz="5" w:space="0" w:color="B8C4CF"/>
        </w:tblBorders>
        <w:tblLayout w:type="fixed"/>
        <w:tblLook w:val="04A0" w:firstRow="1" w:lastRow="0" w:firstColumn="1" w:lastColumn="0" w:noHBand="0" w:noVBand="1"/>
      </w:tblPr>
      <w:tblGrid>
        <w:gridCol w:w="10036"/>
      </w:tblGrid>
      <w:tr w:rsidR="00D80985" w:rsidRPr="009A7A6B" w14:paraId="3269A745" w14:textId="77777777">
        <w:trPr>
          <w:cantSplit/>
          <w:trHeight w:val="1020"/>
          <w:jc w:val="center"/>
        </w:trPr>
        <w:tc>
          <w:tcPr>
            <w:tcW w:w="10036" w:type="dxa"/>
            <w:shd w:val="clear" w:color="auto" w:fill="F4F8FB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69F9026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1A42D504" w14:textId="77777777" w:rsidR="00D80985" w:rsidRPr="009A7A6B" w:rsidRDefault="00D80985">
      <w:pPr>
        <w:spacing w:after="0"/>
      </w:pPr>
    </w:p>
    <w:p w14:paraId="10F2B0DB" w14:textId="77777777" w:rsidR="00D80985" w:rsidRPr="009A7A6B" w:rsidRDefault="0061065C">
      <w:pPr>
        <w:pStyle w:val="Nadpis1"/>
      </w:pPr>
      <w:r w:rsidRPr="009A7A6B">
        <w:rPr>
          <w:lang w:val="sk-SK"/>
        </w:rPr>
        <w:lastRenderedPageBreak/>
        <w:t>6. Riešiteľský tím a riadenie Projektu</w:t>
      </w:r>
    </w:p>
    <w:tbl>
      <w:tblPr>
        <w:tblW w:w="0" w:type="auto"/>
        <w:jc w:val="center"/>
        <w:tblBorders>
          <w:top w:val="single" w:sz="6" w:space="0" w:color="9EADBA"/>
          <w:left w:val="single" w:sz="6" w:space="0" w:color="9EADBA"/>
          <w:bottom w:val="single" w:sz="6" w:space="0" w:color="9EADBA"/>
          <w:right w:val="single" w:sz="6" w:space="0" w:color="9EADBA"/>
          <w:insideH w:val="single" w:sz="6" w:space="0" w:color="9EADBA"/>
          <w:insideV w:val="single" w:sz="6" w:space="0" w:color="9EADBA"/>
        </w:tblBorders>
        <w:tblLayout w:type="fixed"/>
        <w:tblLook w:val="04A0" w:firstRow="1" w:lastRow="0" w:firstColumn="1" w:lastColumn="0" w:noHBand="0" w:noVBand="1"/>
      </w:tblPr>
      <w:tblGrid>
        <w:gridCol w:w="1927"/>
        <w:gridCol w:w="1701"/>
        <w:gridCol w:w="2268"/>
        <w:gridCol w:w="2268"/>
        <w:gridCol w:w="1304"/>
      </w:tblGrid>
      <w:tr w:rsidR="00D80985" w:rsidRPr="009A7A6B" w14:paraId="45A6AA83" w14:textId="77777777">
        <w:trPr>
          <w:cantSplit/>
          <w:tblHeader/>
          <w:jc w:val="center"/>
        </w:trPr>
        <w:tc>
          <w:tcPr>
            <w:tcW w:w="1927" w:type="dxa"/>
            <w:shd w:val="clear" w:color="auto" w:fill="163A5F"/>
            <w:vAlign w:val="center"/>
          </w:tcPr>
          <w:p w14:paraId="49777017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6"/>
                <w:lang w:val="sk-SK"/>
              </w:rPr>
              <w:t>Meno a pracovisko</w:t>
            </w:r>
          </w:p>
        </w:tc>
        <w:tc>
          <w:tcPr>
            <w:tcW w:w="1701" w:type="dxa"/>
            <w:shd w:val="clear" w:color="auto" w:fill="163A5F"/>
            <w:vAlign w:val="center"/>
          </w:tcPr>
          <w:p w14:paraId="0613F47B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6"/>
                <w:lang w:val="sk-SK"/>
              </w:rPr>
              <w:t>Postavenie / právny vzťah</w:t>
            </w:r>
          </w:p>
        </w:tc>
        <w:tc>
          <w:tcPr>
            <w:tcW w:w="2268" w:type="dxa"/>
            <w:shd w:val="clear" w:color="auto" w:fill="163A5F"/>
            <w:vAlign w:val="center"/>
          </w:tcPr>
          <w:p w14:paraId="4696C928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6"/>
                <w:lang w:val="sk-SK"/>
              </w:rPr>
              <w:t>Úloha a zodpovednosť</w:t>
            </w:r>
          </w:p>
        </w:tc>
        <w:tc>
          <w:tcPr>
            <w:tcW w:w="2268" w:type="dxa"/>
            <w:shd w:val="clear" w:color="auto" w:fill="163A5F"/>
            <w:vAlign w:val="center"/>
          </w:tcPr>
          <w:p w14:paraId="21AFDF65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6"/>
                <w:lang w:val="sk-SK"/>
              </w:rPr>
              <w:t>Relevantné skúsenosti</w:t>
            </w:r>
          </w:p>
        </w:tc>
        <w:tc>
          <w:tcPr>
            <w:tcW w:w="1304" w:type="dxa"/>
            <w:shd w:val="clear" w:color="auto" w:fill="163A5F"/>
            <w:vAlign w:val="center"/>
          </w:tcPr>
          <w:p w14:paraId="7319F3B0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6"/>
                <w:lang w:val="sk-SK"/>
              </w:rPr>
              <w:t>Kapacita / zapojenie</w:t>
            </w:r>
          </w:p>
        </w:tc>
      </w:tr>
      <w:tr w:rsidR="00D80985" w:rsidRPr="009A7A6B" w14:paraId="094061B7" w14:textId="77777777">
        <w:trPr>
          <w:cantSplit/>
          <w:trHeight w:val="652"/>
          <w:jc w:val="center"/>
        </w:trPr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E83BEF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4FF938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[zamestnanec / doktorand / študent / iné]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18B86D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681AB2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 stručne.]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D4E420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 xml:space="preserve">[napr. </w:t>
            </w:r>
            <w:proofErr w:type="spellStart"/>
            <w:r w:rsidRPr="009A7A6B">
              <w:rPr>
                <w:i/>
                <w:color w:val="2F6B9A"/>
                <w:sz w:val="16"/>
                <w:lang w:val="sk-SK"/>
              </w:rPr>
              <w:t>osobomesiace</w:t>
            </w:r>
            <w:proofErr w:type="spellEnd"/>
            <w:r w:rsidRPr="009A7A6B">
              <w:rPr>
                <w:i/>
                <w:color w:val="2F6B9A"/>
                <w:sz w:val="16"/>
                <w:lang w:val="sk-SK"/>
              </w:rPr>
              <w:t xml:space="preserve"> alebo %]</w:t>
            </w:r>
          </w:p>
        </w:tc>
      </w:tr>
      <w:tr w:rsidR="00D80985" w:rsidRPr="009A7A6B" w14:paraId="7BF0A3FA" w14:textId="77777777">
        <w:trPr>
          <w:cantSplit/>
          <w:trHeight w:val="652"/>
          <w:jc w:val="center"/>
        </w:trPr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F164E7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B8A6F8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[zamestnanec / doktorand / študent / iné]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EA42A5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0BA9E0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 stručne.]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80F2D4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 xml:space="preserve">[napr. </w:t>
            </w:r>
            <w:proofErr w:type="spellStart"/>
            <w:r w:rsidRPr="009A7A6B">
              <w:rPr>
                <w:i/>
                <w:color w:val="2F6B9A"/>
                <w:sz w:val="16"/>
                <w:lang w:val="sk-SK"/>
              </w:rPr>
              <w:t>osobomesiace</w:t>
            </w:r>
            <w:proofErr w:type="spellEnd"/>
            <w:r w:rsidRPr="009A7A6B">
              <w:rPr>
                <w:i/>
                <w:color w:val="2F6B9A"/>
                <w:sz w:val="16"/>
                <w:lang w:val="sk-SK"/>
              </w:rPr>
              <w:t xml:space="preserve"> alebo %]</w:t>
            </w:r>
          </w:p>
        </w:tc>
      </w:tr>
      <w:tr w:rsidR="00D80985" w:rsidRPr="009A7A6B" w14:paraId="5EA10D8B" w14:textId="77777777">
        <w:trPr>
          <w:cantSplit/>
          <w:trHeight w:val="652"/>
          <w:jc w:val="center"/>
        </w:trPr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CF9C6A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B06C3F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[zamestnanec / doktorand / študent / iné]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356947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14B212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 stručne.]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0017E2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 xml:space="preserve">[napr. </w:t>
            </w:r>
            <w:proofErr w:type="spellStart"/>
            <w:r w:rsidRPr="009A7A6B">
              <w:rPr>
                <w:i/>
                <w:color w:val="2F6B9A"/>
                <w:sz w:val="16"/>
                <w:lang w:val="sk-SK"/>
              </w:rPr>
              <w:t>osobomesiace</w:t>
            </w:r>
            <w:proofErr w:type="spellEnd"/>
            <w:r w:rsidRPr="009A7A6B">
              <w:rPr>
                <w:i/>
                <w:color w:val="2F6B9A"/>
                <w:sz w:val="16"/>
                <w:lang w:val="sk-SK"/>
              </w:rPr>
              <w:t xml:space="preserve"> alebo %]</w:t>
            </w:r>
          </w:p>
        </w:tc>
      </w:tr>
      <w:tr w:rsidR="00D80985" w:rsidRPr="009A7A6B" w14:paraId="0E50B221" w14:textId="77777777">
        <w:trPr>
          <w:cantSplit/>
          <w:trHeight w:val="652"/>
          <w:jc w:val="center"/>
        </w:trPr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918288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4990F8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[zamestnanec / doktorand / študent / iné]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4B53B6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D729E2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 stručne.]</w:t>
            </w:r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6EA8DA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 xml:space="preserve">[napr. </w:t>
            </w:r>
            <w:proofErr w:type="spellStart"/>
            <w:r w:rsidRPr="009A7A6B">
              <w:rPr>
                <w:i/>
                <w:color w:val="2F6B9A"/>
                <w:sz w:val="16"/>
                <w:lang w:val="sk-SK"/>
              </w:rPr>
              <w:t>osobomesiace</w:t>
            </w:r>
            <w:proofErr w:type="spellEnd"/>
            <w:r w:rsidRPr="009A7A6B">
              <w:rPr>
                <w:i/>
                <w:color w:val="2F6B9A"/>
                <w:sz w:val="16"/>
                <w:lang w:val="sk-SK"/>
              </w:rPr>
              <w:t xml:space="preserve"> alebo %]</w:t>
            </w:r>
          </w:p>
        </w:tc>
      </w:tr>
    </w:tbl>
    <w:p w14:paraId="48CE43ED" w14:textId="77777777" w:rsidR="00D80985" w:rsidRPr="009A7A6B" w:rsidRDefault="00D80985"/>
    <w:p w14:paraId="42BF4148" w14:textId="099394CC" w:rsidR="00B7123B" w:rsidRPr="009A7A6B" w:rsidRDefault="00B7123B" w:rsidP="00B7123B">
      <w:pPr>
        <w:keepNext/>
      </w:pPr>
      <w:r w:rsidRPr="009A7A6B">
        <w:rPr>
          <w:b/>
          <w:color w:val="163A5F"/>
          <w:lang w:val="sk-SK"/>
        </w:rPr>
        <w:t>6.1 Opis Riešiteľského tímu</w:t>
      </w:r>
    </w:p>
    <w:p w14:paraId="3E3847BD" w14:textId="24A32613" w:rsidR="00B7123B" w:rsidRPr="009A7A6B" w:rsidRDefault="00B7123B" w:rsidP="00B7123B">
      <w:pPr>
        <w:pStyle w:val="Instruction"/>
        <w:keepNext/>
      </w:pPr>
      <w:r w:rsidRPr="009A7A6B">
        <w:rPr>
          <w:lang w:val="sk-SK"/>
        </w:rPr>
        <w:t>Opíšte tím, jeho úspechy a súvislosti s prístupom, ktorý budete v Projekte uplatňovať</w:t>
      </w:r>
      <w:r w:rsidR="00B441E8" w:rsidRPr="009A7A6B">
        <w:rPr>
          <w:lang w:val="sk-SK"/>
        </w:rPr>
        <w:t xml:space="preserve"> (max. 1 500 znakov).</w:t>
      </w:r>
    </w:p>
    <w:tbl>
      <w:tblPr>
        <w:tblW w:w="0" w:type="auto"/>
        <w:jc w:val="center"/>
        <w:tblBorders>
          <w:top w:val="single" w:sz="5" w:space="0" w:color="B8C4CF"/>
          <w:left w:val="single" w:sz="5" w:space="0" w:color="B8C4CF"/>
          <w:bottom w:val="single" w:sz="5" w:space="0" w:color="B8C4CF"/>
          <w:right w:val="single" w:sz="5" w:space="0" w:color="B8C4CF"/>
          <w:insideH w:val="single" w:sz="5" w:space="0" w:color="B8C4CF"/>
          <w:insideV w:val="single" w:sz="5" w:space="0" w:color="B8C4CF"/>
        </w:tblBorders>
        <w:tblLayout w:type="fixed"/>
        <w:tblLook w:val="04A0" w:firstRow="1" w:lastRow="0" w:firstColumn="1" w:lastColumn="0" w:noHBand="0" w:noVBand="1"/>
      </w:tblPr>
      <w:tblGrid>
        <w:gridCol w:w="10036"/>
      </w:tblGrid>
      <w:tr w:rsidR="00B7123B" w:rsidRPr="009A7A6B" w14:paraId="75FE123F" w14:textId="77777777" w:rsidTr="00BA52A5">
        <w:trPr>
          <w:cantSplit/>
          <w:trHeight w:val="1020"/>
          <w:jc w:val="center"/>
        </w:trPr>
        <w:tc>
          <w:tcPr>
            <w:tcW w:w="10036" w:type="dxa"/>
            <w:shd w:val="clear" w:color="auto" w:fill="F4F8FB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024FCAC" w14:textId="77777777" w:rsidR="00B7123B" w:rsidRPr="009A7A6B" w:rsidRDefault="00B7123B" w:rsidP="00BA52A5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2F0EEAD5" w14:textId="77777777" w:rsidR="00B7123B" w:rsidRPr="009A7A6B" w:rsidRDefault="00B7123B" w:rsidP="00B7123B">
      <w:pPr>
        <w:spacing w:after="0"/>
      </w:pPr>
    </w:p>
    <w:p w14:paraId="2C10ADD2" w14:textId="2770EAA9" w:rsidR="00D80985" w:rsidRPr="009A7A6B" w:rsidRDefault="0061065C">
      <w:pPr>
        <w:keepNext/>
      </w:pPr>
      <w:r w:rsidRPr="009A7A6B">
        <w:rPr>
          <w:b/>
          <w:color w:val="163A5F"/>
          <w:lang w:val="sk-SK"/>
        </w:rPr>
        <w:t>6.</w:t>
      </w:r>
      <w:r w:rsidR="00B7123B" w:rsidRPr="009A7A6B">
        <w:rPr>
          <w:b/>
          <w:color w:val="163A5F"/>
          <w:lang w:val="sk-SK"/>
        </w:rPr>
        <w:t>2</w:t>
      </w:r>
      <w:r w:rsidRPr="009A7A6B">
        <w:rPr>
          <w:b/>
          <w:color w:val="163A5F"/>
          <w:lang w:val="sk-SK"/>
        </w:rPr>
        <w:t xml:space="preserve"> Spôsob riadenia Projektu</w:t>
      </w:r>
    </w:p>
    <w:p w14:paraId="16E91926" w14:textId="12982B87" w:rsidR="00D80985" w:rsidRPr="00A917C3" w:rsidRDefault="0061065C">
      <w:pPr>
        <w:pStyle w:val="Instruction"/>
        <w:keepNext/>
        <w:rPr>
          <w:lang w:val="sk-SK"/>
        </w:rPr>
      </w:pPr>
      <w:r w:rsidRPr="009A7A6B">
        <w:rPr>
          <w:lang w:val="sk-SK"/>
        </w:rPr>
        <w:t>Opíšte organizačné usporiadanie, rozhodovanie, kontrolu plnenia míľnikov a zodpovednosť vedúceho Projektu.</w:t>
      </w:r>
      <w:r w:rsidR="00393151" w:rsidRPr="009A7A6B">
        <w:rPr>
          <w:lang w:val="sk-SK"/>
        </w:rPr>
        <w:t xml:space="preserve"> </w:t>
      </w:r>
      <w:r w:rsidR="00393151" w:rsidRPr="009A7A6B">
        <w:rPr>
          <w:lang w:val="sk-SK" w:eastAsia="es-ES"/>
        </w:rPr>
        <w:t>Vysvetlite, prečo je navrhnutý spôsob riadenia Projektu primeraný rozsahu a cieľom Projektu</w:t>
      </w:r>
      <w:r w:rsidRPr="009A7A6B">
        <w:rPr>
          <w:lang w:val="sk-SK"/>
        </w:rPr>
        <w:t xml:space="preserve"> Uveďte, ako sa budú riešiť významné zmeny a nepredvídané okolnosti</w:t>
      </w:r>
      <w:r w:rsidR="00B441E8" w:rsidRPr="009A7A6B">
        <w:rPr>
          <w:lang w:val="sk-SK"/>
        </w:rPr>
        <w:t xml:space="preserve"> (max. 1 500 znakov).</w:t>
      </w:r>
    </w:p>
    <w:tbl>
      <w:tblPr>
        <w:tblW w:w="0" w:type="auto"/>
        <w:jc w:val="center"/>
        <w:tblBorders>
          <w:top w:val="single" w:sz="5" w:space="0" w:color="B8C4CF"/>
          <w:left w:val="single" w:sz="5" w:space="0" w:color="B8C4CF"/>
          <w:bottom w:val="single" w:sz="5" w:space="0" w:color="B8C4CF"/>
          <w:right w:val="single" w:sz="5" w:space="0" w:color="B8C4CF"/>
          <w:insideH w:val="single" w:sz="5" w:space="0" w:color="B8C4CF"/>
          <w:insideV w:val="single" w:sz="5" w:space="0" w:color="B8C4CF"/>
        </w:tblBorders>
        <w:tblLayout w:type="fixed"/>
        <w:tblLook w:val="04A0" w:firstRow="1" w:lastRow="0" w:firstColumn="1" w:lastColumn="0" w:noHBand="0" w:noVBand="1"/>
      </w:tblPr>
      <w:tblGrid>
        <w:gridCol w:w="10036"/>
      </w:tblGrid>
      <w:tr w:rsidR="00D80985" w:rsidRPr="009A7A6B" w14:paraId="685A8106" w14:textId="77777777">
        <w:trPr>
          <w:cantSplit/>
          <w:trHeight w:val="1020"/>
          <w:jc w:val="center"/>
        </w:trPr>
        <w:tc>
          <w:tcPr>
            <w:tcW w:w="10036" w:type="dxa"/>
            <w:shd w:val="clear" w:color="auto" w:fill="F4F8FB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77681B4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[Doplňte odpoveď.]</w:t>
            </w:r>
          </w:p>
        </w:tc>
      </w:tr>
    </w:tbl>
    <w:p w14:paraId="7314AA94" w14:textId="77777777" w:rsidR="00D80985" w:rsidRPr="009A7A6B" w:rsidRDefault="00D80985">
      <w:pPr>
        <w:spacing w:after="0"/>
      </w:pPr>
    </w:p>
    <w:p w14:paraId="7AE0E314" w14:textId="77777777" w:rsidR="00D80985" w:rsidRPr="009A7A6B" w:rsidRDefault="0061065C">
      <w:pPr>
        <w:pStyle w:val="Nadpis1"/>
      </w:pPr>
      <w:r w:rsidRPr="009A7A6B">
        <w:rPr>
          <w:lang w:val="sk-SK"/>
        </w:rPr>
        <w:t>7. Rozpočet a požadovaná podpora</w:t>
      </w:r>
    </w:p>
    <w:p w14:paraId="20746516" w14:textId="25BF817C" w:rsidR="00D80985" w:rsidRPr="00A917C3" w:rsidRDefault="0061065C">
      <w:pPr>
        <w:pStyle w:val="Instruction"/>
        <w:rPr>
          <w:lang w:val="sk-SK"/>
        </w:rPr>
      </w:pPr>
      <w:r w:rsidRPr="009A7A6B">
        <w:rPr>
          <w:lang w:val="sk-SK"/>
        </w:rPr>
        <w:t>Rozpočet musí byť primeraný cieľu, aktivitám a výstupom Projektu a musí rešpektovať oprávnené výdavky podľa Pravidiel a výzvy. Vlastné spolufinancovanie Žiadateľa sa nevyžaduje. Výdavky uhradené Žiadateľom alebo inou osobou z vlastných prostriedkov sa nerefundujú; plánujte ich ako priame úhrady cez príslušnú inštitúciu</w:t>
      </w:r>
      <w:r w:rsidR="00B441E8" w:rsidRPr="009A7A6B">
        <w:rPr>
          <w:lang w:val="sk-SK"/>
        </w:rPr>
        <w:t xml:space="preserve"> (max. 1 500 znakov).</w:t>
      </w:r>
    </w:p>
    <w:tbl>
      <w:tblPr>
        <w:tblW w:w="0" w:type="auto"/>
        <w:jc w:val="center"/>
        <w:tblBorders>
          <w:top w:val="single" w:sz="6" w:space="0" w:color="9EADBA"/>
          <w:left w:val="single" w:sz="6" w:space="0" w:color="9EADBA"/>
          <w:bottom w:val="single" w:sz="6" w:space="0" w:color="9EADBA"/>
          <w:right w:val="single" w:sz="6" w:space="0" w:color="9EADBA"/>
          <w:insideH w:val="single" w:sz="6" w:space="0" w:color="9EADBA"/>
          <w:insideV w:val="single" w:sz="6" w:space="0" w:color="9EADBA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2381"/>
        <w:gridCol w:w="1587"/>
        <w:gridCol w:w="1757"/>
        <w:gridCol w:w="1020"/>
        <w:gridCol w:w="2268"/>
      </w:tblGrid>
      <w:tr w:rsidR="00D80985" w:rsidRPr="009A7A6B" w14:paraId="5CECF73E" w14:textId="77777777">
        <w:trPr>
          <w:cantSplit/>
          <w:tblHeader/>
          <w:jc w:val="center"/>
        </w:trPr>
        <w:tc>
          <w:tcPr>
            <w:tcW w:w="340" w:type="dxa"/>
            <w:shd w:val="clear" w:color="auto" w:fill="163A5F"/>
            <w:vAlign w:val="center"/>
          </w:tcPr>
          <w:p w14:paraId="2C56C958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5"/>
                <w:lang w:val="sk-SK"/>
              </w:rPr>
              <w:t>Č.</w:t>
            </w:r>
          </w:p>
        </w:tc>
        <w:tc>
          <w:tcPr>
            <w:tcW w:w="2381" w:type="dxa"/>
            <w:shd w:val="clear" w:color="auto" w:fill="163A5F"/>
            <w:vAlign w:val="center"/>
          </w:tcPr>
          <w:p w14:paraId="18771255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5"/>
                <w:lang w:val="sk-SK"/>
              </w:rPr>
              <w:t>Kategória a opis výdavku</w:t>
            </w:r>
          </w:p>
        </w:tc>
        <w:tc>
          <w:tcPr>
            <w:tcW w:w="1587" w:type="dxa"/>
            <w:shd w:val="clear" w:color="auto" w:fill="163A5F"/>
            <w:vAlign w:val="center"/>
          </w:tcPr>
          <w:p w14:paraId="2B0706CB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5"/>
                <w:lang w:val="sk-SK"/>
              </w:rPr>
              <w:t>Väzba na aktivitu / výstup</w:t>
            </w:r>
          </w:p>
        </w:tc>
        <w:tc>
          <w:tcPr>
            <w:tcW w:w="1757" w:type="dxa"/>
            <w:shd w:val="clear" w:color="auto" w:fill="163A5F"/>
            <w:vAlign w:val="center"/>
          </w:tcPr>
          <w:p w14:paraId="479C7143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5"/>
                <w:lang w:val="sk-SK"/>
              </w:rPr>
              <w:t>Dodávateľ alebo príjemca</w:t>
            </w:r>
          </w:p>
        </w:tc>
        <w:tc>
          <w:tcPr>
            <w:tcW w:w="1020" w:type="dxa"/>
            <w:shd w:val="clear" w:color="auto" w:fill="163A5F"/>
            <w:vAlign w:val="center"/>
          </w:tcPr>
          <w:p w14:paraId="57B1F72C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5"/>
                <w:lang w:val="sk-SK"/>
              </w:rPr>
              <w:t>Suma v EUR</w:t>
            </w:r>
          </w:p>
        </w:tc>
        <w:tc>
          <w:tcPr>
            <w:tcW w:w="2268" w:type="dxa"/>
            <w:shd w:val="clear" w:color="auto" w:fill="163A5F"/>
            <w:vAlign w:val="center"/>
          </w:tcPr>
          <w:p w14:paraId="61643909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5"/>
                <w:lang w:val="sk-SK"/>
              </w:rPr>
              <w:t>Odôvodnenie hospodárnosti</w:t>
            </w:r>
          </w:p>
        </w:tc>
      </w:tr>
      <w:tr w:rsidR="00D80985" w:rsidRPr="009A7A6B" w14:paraId="47A4B80F" w14:textId="77777777">
        <w:trPr>
          <w:cantSplit/>
          <w:trHeight w:val="567"/>
          <w:jc w:val="center"/>
        </w:trPr>
        <w:tc>
          <w:tcPr>
            <w:tcW w:w="3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D5F1B9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1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A704C5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[napr. materiál, testovanie, externá služba, osobné náklady]</w:t>
            </w:r>
          </w:p>
        </w:tc>
        <w:tc>
          <w:tcPr>
            <w:tcW w:w="15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6EED1A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[č. aktivity / míľnika]</w:t>
            </w:r>
          </w:p>
        </w:tc>
        <w:tc>
          <w:tcPr>
            <w:tcW w:w="17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8B0218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[známy / bude vybraný]</w:t>
            </w:r>
          </w:p>
        </w:tc>
        <w:tc>
          <w:tcPr>
            <w:tcW w:w="10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DC321A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[0,00]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7AF20D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  <w:tr w:rsidR="00D80985" w:rsidRPr="009A7A6B" w14:paraId="440330AF" w14:textId="77777777">
        <w:trPr>
          <w:cantSplit/>
          <w:trHeight w:val="567"/>
          <w:jc w:val="center"/>
        </w:trPr>
        <w:tc>
          <w:tcPr>
            <w:tcW w:w="3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360167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2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E079C0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[napr. materiál, testovanie, externá služba, osobné náklady]</w:t>
            </w:r>
          </w:p>
        </w:tc>
        <w:tc>
          <w:tcPr>
            <w:tcW w:w="15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AB9077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[č. aktivity / míľnika]</w:t>
            </w:r>
          </w:p>
        </w:tc>
        <w:tc>
          <w:tcPr>
            <w:tcW w:w="17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D21DA5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[známy / bude vybraný]</w:t>
            </w:r>
          </w:p>
        </w:tc>
        <w:tc>
          <w:tcPr>
            <w:tcW w:w="10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C7F271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[0,00]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ACDF67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  <w:tr w:rsidR="00D80985" w:rsidRPr="009A7A6B" w14:paraId="2D7BA303" w14:textId="77777777">
        <w:trPr>
          <w:cantSplit/>
          <w:trHeight w:val="567"/>
          <w:jc w:val="center"/>
        </w:trPr>
        <w:tc>
          <w:tcPr>
            <w:tcW w:w="3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6F813D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3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BDEEEE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[napr. materiál, testovanie, externá služba, osobné náklady]</w:t>
            </w:r>
          </w:p>
        </w:tc>
        <w:tc>
          <w:tcPr>
            <w:tcW w:w="15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83FE45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[č. aktivity / míľnika]</w:t>
            </w:r>
          </w:p>
        </w:tc>
        <w:tc>
          <w:tcPr>
            <w:tcW w:w="17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BE86CA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[známy / bude vybraný]</w:t>
            </w:r>
          </w:p>
        </w:tc>
        <w:tc>
          <w:tcPr>
            <w:tcW w:w="10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45D89C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[0,00]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93C1B9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  <w:tr w:rsidR="00D80985" w:rsidRPr="009A7A6B" w14:paraId="37AEF158" w14:textId="77777777">
        <w:trPr>
          <w:cantSplit/>
          <w:trHeight w:val="567"/>
          <w:jc w:val="center"/>
        </w:trPr>
        <w:tc>
          <w:tcPr>
            <w:tcW w:w="3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296488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4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02A951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[napr. materiál, testovanie, externá služba, osobné náklady]</w:t>
            </w:r>
          </w:p>
        </w:tc>
        <w:tc>
          <w:tcPr>
            <w:tcW w:w="15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2688A1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[č. aktivity / míľnika]</w:t>
            </w:r>
          </w:p>
        </w:tc>
        <w:tc>
          <w:tcPr>
            <w:tcW w:w="17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545A3D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[známy / bude vybraný]</w:t>
            </w:r>
          </w:p>
        </w:tc>
        <w:tc>
          <w:tcPr>
            <w:tcW w:w="10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169028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[0,00]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A518A2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  <w:tr w:rsidR="00D80985" w:rsidRPr="009A7A6B" w14:paraId="0C181ED5" w14:textId="77777777">
        <w:trPr>
          <w:cantSplit/>
          <w:trHeight w:val="567"/>
          <w:jc w:val="center"/>
        </w:trPr>
        <w:tc>
          <w:tcPr>
            <w:tcW w:w="3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6D856D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5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A472DF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[napr. materiál, testovanie, externá služba, osobné náklady]</w:t>
            </w:r>
          </w:p>
        </w:tc>
        <w:tc>
          <w:tcPr>
            <w:tcW w:w="15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D7D1C5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[č. aktivity / míľnika]</w:t>
            </w:r>
          </w:p>
        </w:tc>
        <w:tc>
          <w:tcPr>
            <w:tcW w:w="17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9736AC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[známy / bude vybraný]</w:t>
            </w:r>
          </w:p>
        </w:tc>
        <w:tc>
          <w:tcPr>
            <w:tcW w:w="10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1968F6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[0,00]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DC5E3C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  <w:tr w:rsidR="00D80985" w:rsidRPr="009A7A6B" w14:paraId="0FD06596" w14:textId="77777777">
        <w:trPr>
          <w:cantSplit/>
          <w:trHeight w:val="567"/>
          <w:jc w:val="center"/>
        </w:trPr>
        <w:tc>
          <w:tcPr>
            <w:tcW w:w="3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638E99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lastRenderedPageBreak/>
              <w:t>6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62466B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[napr. materiál, testovanie, externá služba, osobné náklady]</w:t>
            </w:r>
          </w:p>
        </w:tc>
        <w:tc>
          <w:tcPr>
            <w:tcW w:w="15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34519C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[č. aktivity / míľnika]</w:t>
            </w:r>
          </w:p>
        </w:tc>
        <w:tc>
          <w:tcPr>
            <w:tcW w:w="17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2BA63C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[známy / bude vybraný]</w:t>
            </w:r>
          </w:p>
        </w:tc>
        <w:tc>
          <w:tcPr>
            <w:tcW w:w="10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954076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[0,00]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D6C1A9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  <w:tr w:rsidR="00D80985" w:rsidRPr="009A7A6B" w14:paraId="2C485543" w14:textId="77777777">
        <w:trPr>
          <w:cantSplit/>
          <w:trHeight w:val="567"/>
          <w:jc w:val="center"/>
        </w:trPr>
        <w:tc>
          <w:tcPr>
            <w:tcW w:w="3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D5E244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7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561C13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[napr. materiál, testovanie, externá služba, osobné náklady]</w:t>
            </w:r>
          </w:p>
        </w:tc>
        <w:tc>
          <w:tcPr>
            <w:tcW w:w="15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7FE8C9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[č. aktivity / míľnika]</w:t>
            </w:r>
          </w:p>
        </w:tc>
        <w:tc>
          <w:tcPr>
            <w:tcW w:w="17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121F5D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[známy / bude vybraný]</w:t>
            </w:r>
          </w:p>
        </w:tc>
        <w:tc>
          <w:tcPr>
            <w:tcW w:w="10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4A2367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[0,00]</w:t>
            </w:r>
          </w:p>
        </w:tc>
        <w:tc>
          <w:tcPr>
            <w:tcW w:w="226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3D007B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</w:tbl>
    <w:p w14:paraId="6DFBB85D" w14:textId="77777777" w:rsidR="00D80985" w:rsidRPr="009A7A6B" w:rsidRDefault="00D80985"/>
    <w:tbl>
      <w:tblPr>
        <w:tblStyle w:val="Mriekatabuky"/>
        <w:tblW w:w="0" w:type="auto"/>
        <w:jc w:val="center"/>
        <w:tblBorders>
          <w:top w:val="single" w:sz="6" w:space="0" w:color="9EADBA"/>
          <w:left w:val="single" w:sz="6" w:space="0" w:color="9EADBA"/>
          <w:bottom w:val="single" w:sz="6" w:space="0" w:color="9EADBA"/>
          <w:right w:val="single" w:sz="6" w:space="0" w:color="9EADBA"/>
          <w:insideH w:val="single" w:sz="6" w:space="0" w:color="9EADBA"/>
          <w:insideV w:val="single" w:sz="6" w:space="0" w:color="9EADBA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917"/>
      </w:tblGrid>
      <w:tr w:rsidR="00D80985" w:rsidRPr="009A7A6B" w14:paraId="271752C6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DCBD7F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Celkový rozpočet Projektu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5E98C3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[0,00 EUR]</w:t>
            </w:r>
          </w:p>
        </w:tc>
      </w:tr>
      <w:tr w:rsidR="00D80985" w:rsidRPr="009A7A6B" w14:paraId="53DBE0CA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CF38FE" w14:textId="77777777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b/>
                <w:color w:val="163A5F"/>
                <w:sz w:val="18"/>
                <w:lang w:val="sk-SK"/>
              </w:rPr>
              <w:t xml:space="preserve">Požadovaná podpora z </w:t>
            </w:r>
            <w:proofErr w:type="spellStart"/>
            <w:r w:rsidRPr="009A7A6B">
              <w:rPr>
                <w:b/>
                <w:color w:val="163A5F"/>
                <w:sz w:val="18"/>
                <w:lang w:val="sk-SK"/>
              </w:rPr>
              <w:t>PoC</w:t>
            </w:r>
            <w:proofErr w:type="spellEnd"/>
            <w:r w:rsidRPr="009A7A6B">
              <w:rPr>
                <w:b/>
                <w:color w:val="163A5F"/>
                <w:sz w:val="18"/>
                <w:lang w:val="sk-SK"/>
              </w:rPr>
              <w:t xml:space="preserve"> fondu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CA318D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[0,00 EUR]</w:t>
            </w:r>
          </w:p>
        </w:tc>
      </w:tr>
      <w:tr w:rsidR="00D80985" w:rsidRPr="009A7A6B" w14:paraId="135406D4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4B74CF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Z toho osobné náklady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CCF15B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[0,00 EUR; podiel ___ %; v limite podľa Pravidiel a výzvy.]</w:t>
            </w:r>
          </w:p>
        </w:tc>
      </w:tr>
      <w:tr w:rsidR="00D80985" w:rsidRPr="000D59CC" w14:paraId="47E644C7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96B388" w14:textId="77777777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b/>
                <w:color w:val="163A5F"/>
                <w:sz w:val="18"/>
                <w:lang w:val="sk-SK"/>
              </w:rPr>
              <w:t>Iné zdroje financovania (ak existujú)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722AF1" w14:textId="77777777" w:rsidR="00D80985" w:rsidRPr="00A917C3" w:rsidRDefault="0061065C">
            <w:pPr>
              <w:spacing w:after="0" w:line="240" w:lineRule="auto"/>
              <w:rPr>
                <w:lang w:val="sk-SK"/>
              </w:rPr>
            </w:pPr>
            <w:r w:rsidRPr="009A7A6B">
              <w:rPr>
                <w:i/>
                <w:color w:val="2F6B9A"/>
                <w:sz w:val="18"/>
                <w:lang w:val="sk-SK"/>
              </w:rPr>
              <w:t>[Uveďte zdroj, sumu, účel a či ide o verejné prostriedky. Neuvádzajte zdroje, ktoré by viedli k duplicitnému financovaniu.]</w:t>
            </w:r>
          </w:p>
        </w:tc>
      </w:tr>
      <w:tr w:rsidR="00D80985" w:rsidRPr="000D59CC" w14:paraId="0D3E1961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E96F57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DPH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614FC6" w14:textId="77777777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i/>
                <w:color w:val="2F6B9A"/>
                <w:sz w:val="18"/>
                <w:lang w:val="sk-SK"/>
              </w:rPr>
              <w:t>[Uveďte, či je DPH odpočítateľná a v akom rozsahu.]</w:t>
            </w:r>
          </w:p>
        </w:tc>
      </w:tr>
    </w:tbl>
    <w:p w14:paraId="2260456E" w14:textId="77777777" w:rsidR="00D80985" w:rsidRPr="00A917C3" w:rsidRDefault="00D80985">
      <w:pPr>
        <w:spacing w:after="0"/>
        <w:rPr>
          <w:lang w:val="pl-PL"/>
        </w:rPr>
      </w:pPr>
    </w:p>
    <w:p w14:paraId="62544BDD" w14:textId="77777777" w:rsidR="00D80985" w:rsidRPr="00A917C3" w:rsidRDefault="0061065C">
      <w:pPr>
        <w:pStyle w:val="Nadpis1"/>
        <w:rPr>
          <w:lang w:val="pl-PL"/>
        </w:rPr>
      </w:pPr>
      <w:r w:rsidRPr="009A7A6B">
        <w:rPr>
          <w:lang w:val="sk-SK"/>
        </w:rPr>
        <w:t>8. Práva duševného vlastníctva a práva tretích osôb</w:t>
      </w:r>
    </w:p>
    <w:p w14:paraId="56EF36A3" w14:textId="069D564C" w:rsidR="00D80985" w:rsidRPr="00A917C3" w:rsidRDefault="0061065C">
      <w:pPr>
        <w:pStyle w:val="Instruction"/>
        <w:rPr>
          <w:lang w:val="pl-PL"/>
        </w:rPr>
      </w:pPr>
      <w:r w:rsidRPr="009A7A6B">
        <w:rPr>
          <w:lang w:val="sk-SK"/>
        </w:rPr>
        <w:t>Uveďte základný právny režim existujúceho výsledku aj predpokladaných nových výstupov tak, aby bolo možné posúdiť oprávnenosť Projektu a jeho následné praktické alebo komerčné využitie</w:t>
      </w:r>
      <w:r w:rsidR="00B441E8" w:rsidRPr="009A7A6B">
        <w:rPr>
          <w:lang w:val="sk-SK"/>
        </w:rPr>
        <w:t xml:space="preserve"> (max. 1 500 znakov).</w:t>
      </w:r>
    </w:p>
    <w:tbl>
      <w:tblPr>
        <w:tblStyle w:val="Mriekatabuky"/>
        <w:tblW w:w="0" w:type="auto"/>
        <w:jc w:val="center"/>
        <w:tblBorders>
          <w:top w:val="single" w:sz="6" w:space="0" w:color="9EADBA"/>
          <w:left w:val="single" w:sz="6" w:space="0" w:color="9EADBA"/>
          <w:bottom w:val="single" w:sz="6" w:space="0" w:color="9EADBA"/>
          <w:right w:val="single" w:sz="6" w:space="0" w:color="9EADBA"/>
          <w:insideH w:val="single" w:sz="6" w:space="0" w:color="9EADBA"/>
          <w:insideV w:val="single" w:sz="6" w:space="0" w:color="9EADBA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917"/>
      </w:tblGrid>
      <w:tr w:rsidR="00D80985" w:rsidRPr="009A7A6B" w14:paraId="3CFD7ADA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0FE92D" w14:textId="77777777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b/>
                <w:color w:val="163A5F"/>
                <w:sz w:val="18"/>
                <w:lang w:val="sk-SK"/>
              </w:rPr>
              <w:t>Technológia / výsledok, na ktorom je Projekt založený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7134A6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[Identifikujte výsledok a jeho tvorcov/pôvodcov.]</w:t>
            </w:r>
          </w:p>
        </w:tc>
      </w:tr>
      <w:tr w:rsidR="00D80985" w:rsidRPr="009A7A6B" w14:paraId="2DC5AAD2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5EE006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Pôvod a okolnosti vytvorenia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C5366C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[Pracovné, študijné, výskumné, grantové, zmluvné alebo iné okolnosti.]</w:t>
            </w:r>
          </w:p>
        </w:tc>
      </w:tr>
      <w:tr w:rsidR="00D80985" w:rsidRPr="009A7A6B" w14:paraId="6321011C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370F1C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Nositeľ alebo vykonávateľ práv a právny titul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4B7053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[Vlastníctvo, spoluvlastníctvo, výkon majetkových práv, licencia, postúpenie alebo iný titul.]</w:t>
            </w:r>
          </w:p>
        </w:tc>
      </w:tr>
      <w:tr w:rsidR="00D80985" w:rsidRPr="009A7A6B" w14:paraId="36CC50D3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346AAA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Vysporiadanie nárokov členov tímu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ECA6EA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[Uveďte stav pôvodcovských/autorských a majetkových nárokov; pri nových výstupoch aj predpokladané rozdelenie IPR alebo príspevkov.]</w:t>
            </w:r>
          </w:p>
        </w:tc>
      </w:tr>
      <w:tr w:rsidR="00D80985" w:rsidRPr="000D59CC" w14:paraId="1AD320BA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45851E" w14:textId="77777777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b/>
                <w:color w:val="163A5F"/>
                <w:sz w:val="18"/>
                <w:lang w:val="sk-SK"/>
              </w:rPr>
              <w:t>Práva a nároky tretích osôb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10C144" w14:textId="77777777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i/>
                <w:color w:val="2F6B9A"/>
                <w:sz w:val="18"/>
                <w:lang w:val="sk-SK"/>
              </w:rPr>
              <w:t>[Spoluvlastníci, poskytovatelia grantov, zmluvní partneri, licencie, softvér/dáta/materiály tretích osôb, obmedzenia publikovania alebo komercializácie.]</w:t>
            </w:r>
          </w:p>
        </w:tc>
      </w:tr>
      <w:tr w:rsidR="00D80985" w:rsidRPr="009A7A6B" w14:paraId="42A216DD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9B3CF0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Doterajšia ochrana a zverejnenia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7D93F6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[Patentové/prihláškové konania, úžitkové vzory, know-how, publikácie, prezentácie, verejné zverejnenia.]</w:t>
            </w:r>
          </w:p>
        </w:tc>
      </w:tr>
      <w:tr w:rsidR="00D80985" w:rsidRPr="009A7A6B" w14:paraId="696986C3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53F599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Plán ochrany a transferu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01DC34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[Plánované rešerše, FTO, prihlášky, ochrana know-how, licencovanie, spolupráca alebo iný postup.]</w:t>
            </w:r>
          </w:p>
        </w:tc>
      </w:tr>
      <w:tr w:rsidR="00D80985" w:rsidRPr="009A7A6B" w14:paraId="35CA7C49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63D8CF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Dôverné informácie v Žiadosti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813B3D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[Označte časti Žiadosti alebo príloh vyžadujúce osobitnú dôvernosť.]</w:t>
            </w:r>
          </w:p>
        </w:tc>
      </w:tr>
    </w:tbl>
    <w:p w14:paraId="340ED04A" w14:textId="77777777" w:rsidR="00D80985" w:rsidRPr="009A7A6B" w:rsidRDefault="00D80985">
      <w:pPr>
        <w:spacing w:after="0"/>
      </w:pPr>
    </w:p>
    <w:p w14:paraId="37598392" w14:textId="77777777" w:rsidR="00D80985" w:rsidRPr="009A7A6B" w:rsidRDefault="0061065C">
      <w:pPr>
        <w:pStyle w:val="Nadpis1"/>
      </w:pPr>
      <w:r w:rsidRPr="009A7A6B">
        <w:rPr>
          <w:lang w:val="sk-SK"/>
        </w:rPr>
        <w:t>9. Dodávatelia, partneri a zainteresované strany</w:t>
      </w:r>
    </w:p>
    <w:tbl>
      <w:tblPr>
        <w:tblStyle w:val="Mriekatabuky"/>
        <w:tblW w:w="0" w:type="auto"/>
        <w:jc w:val="center"/>
        <w:tblBorders>
          <w:top w:val="single" w:sz="6" w:space="0" w:color="9EADBA"/>
          <w:left w:val="single" w:sz="6" w:space="0" w:color="9EADBA"/>
          <w:bottom w:val="single" w:sz="6" w:space="0" w:color="9EADBA"/>
          <w:right w:val="single" w:sz="6" w:space="0" w:color="9EADBA"/>
          <w:insideH w:val="single" w:sz="6" w:space="0" w:color="9EADBA"/>
          <w:insideV w:val="single" w:sz="6" w:space="0" w:color="9EADBA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917"/>
      </w:tblGrid>
      <w:tr w:rsidR="00D80985" w:rsidRPr="000D59CC" w14:paraId="194C2EEC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1945F8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Externý Dodávateľ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9DEAF9" w14:textId="77777777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color w:val="000000"/>
                <w:sz w:val="18"/>
                <w:lang w:val="sk-SK"/>
              </w:rPr>
              <w:t>☐ nie je potrebný   ☐ je známy   ☐ bude vybraný</w:t>
            </w:r>
          </w:p>
        </w:tc>
      </w:tr>
      <w:tr w:rsidR="00D80985" w:rsidRPr="009A7A6B" w14:paraId="4367B848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B0DA65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Informácie o Dodávateľovi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B7132F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[Uveďte predmet plnenia, predpokladanú hodnotu, známeho Dodávateľa alebo spôsob jeho výberu a prípadné personálne, majetkové či zmluvné väzby na Žiadateľa alebo tím.]</w:t>
            </w:r>
          </w:p>
        </w:tc>
      </w:tr>
      <w:tr w:rsidR="00D80985" w:rsidRPr="000D59CC" w14:paraId="6846F21E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15838F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Súkromný partner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650A3F" w14:textId="77777777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color w:val="000000"/>
                <w:sz w:val="18"/>
                <w:lang w:val="sk-SK"/>
              </w:rPr>
              <w:t>☐ nie je zapojený   ☐ je zapojený</w:t>
            </w:r>
          </w:p>
        </w:tc>
      </w:tr>
      <w:tr w:rsidR="00D80985" w:rsidRPr="009A7A6B" w14:paraId="0B45B9D6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C363EF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8"/>
                <w:lang w:val="sk-SK"/>
              </w:rPr>
              <w:t>Informácie o Súkromnom partnerovi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DD850A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[Uveďte identitu, úlohu, bezodplatný príspevok alebo vytvorené podmienky, prístup k výsledkom, dohodnuté alebo očakávané práva a hospodársky prospech.]</w:t>
            </w:r>
          </w:p>
        </w:tc>
      </w:tr>
      <w:tr w:rsidR="00D80985" w:rsidRPr="009A7A6B" w14:paraId="4D8F5188" w14:textId="77777777">
        <w:trPr>
          <w:cantSplit/>
          <w:jc w:val="center"/>
        </w:trPr>
        <w:tc>
          <w:tcPr>
            <w:tcW w:w="2948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F6FB1F" w14:textId="77777777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b/>
                <w:color w:val="163A5F"/>
                <w:sz w:val="18"/>
                <w:lang w:val="sk-SK"/>
              </w:rPr>
              <w:t>Iné zainteresované strany / prejavený záujem</w:t>
            </w:r>
          </w:p>
        </w:tc>
        <w:tc>
          <w:tcPr>
            <w:tcW w:w="69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0C8676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8"/>
                <w:lang w:val="sk-SK"/>
              </w:rPr>
              <w:t>[Uveďte koncových používateľov, verejné orgány, priemyselných partnerov, investorov alebo iné subjekty a povahu doterajšieho vzťahu. Priložte listy záujmu, ak existujú.]</w:t>
            </w:r>
          </w:p>
        </w:tc>
      </w:tr>
    </w:tbl>
    <w:p w14:paraId="0E37A135" w14:textId="77777777" w:rsidR="00D80985" w:rsidRPr="009A7A6B" w:rsidRDefault="00D80985">
      <w:pPr>
        <w:spacing w:after="0"/>
      </w:pPr>
    </w:p>
    <w:p w14:paraId="073016B8" w14:textId="77777777" w:rsidR="00D80985" w:rsidRPr="00A917C3" w:rsidRDefault="0061065C">
      <w:pPr>
        <w:pStyle w:val="Nadpis1"/>
        <w:rPr>
          <w:lang w:val="pl-PL"/>
        </w:rPr>
      </w:pPr>
      <w:r w:rsidRPr="009A7A6B">
        <w:rPr>
          <w:lang w:val="sk-SK"/>
        </w:rPr>
        <w:lastRenderedPageBreak/>
        <w:t>10. Riziká a opatrenia na ich zmiernenie</w:t>
      </w:r>
    </w:p>
    <w:tbl>
      <w:tblPr>
        <w:tblW w:w="0" w:type="auto"/>
        <w:jc w:val="center"/>
        <w:tblBorders>
          <w:top w:val="single" w:sz="6" w:space="0" w:color="9EADBA"/>
          <w:left w:val="single" w:sz="6" w:space="0" w:color="9EADBA"/>
          <w:bottom w:val="single" w:sz="6" w:space="0" w:color="9EADBA"/>
          <w:right w:val="single" w:sz="6" w:space="0" w:color="9EADBA"/>
          <w:insideH w:val="single" w:sz="6" w:space="0" w:color="9EADBA"/>
          <w:insideV w:val="single" w:sz="6" w:space="0" w:color="9EADBA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2381"/>
        <w:gridCol w:w="1927"/>
        <w:gridCol w:w="1757"/>
        <w:gridCol w:w="3175"/>
      </w:tblGrid>
      <w:tr w:rsidR="00D80985" w:rsidRPr="009A7A6B" w14:paraId="5B9D6519" w14:textId="77777777">
        <w:trPr>
          <w:cantSplit/>
          <w:tblHeader/>
          <w:jc w:val="center"/>
        </w:trPr>
        <w:tc>
          <w:tcPr>
            <w:tcW w:w="340" w:type="dxa"/>
            <w:shd w:val="clear" w:color="auto" w:fill="163A5F"/>
            <w:vAlign w:val="center"/>
          </w:tcPr>
          <w:p w14:paraId="5AE4479D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5"/>
                <w:lang w:val="sk-SK"/>
              </w:rPr>
              <w:t>Č.</w:t>
            </w:r>
          </w:p>
        </w:tc>
        <w:tc>
          <w:tcPr>
            <w:tcW w:w="2381" w:type="dxa"/>
            <w:shd w:val="clear" w:color="auto" w:fill="163A5F"/>
            <w:vAlign w:val="center"/>
          </w:tcPr>
          <w:p w14:paraId="029C49C6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5"/>
                <w:lang w:val="sk-SK"/>
              </w:rPr>
              <w:t>Riziko</w:t>
            </w:r>
          </w:p>
        </w:tc>
        <w:tc>
          <w:tcPr>
            <w:tcW w:w="1927" w:type="dxa"/>
            <w:shd w:val="clear" w:color="auto" w:fill="163A5F"/>
            <w:vAlign w:val="center"/>
          </w:tcPr>
          <w:p w14:paraId="40C6EE72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5"/>
                <w:lang w:val="sk-SK"/>
              </w:rPr>
              <w:t>Typ</w:t>
            </w:r>
          </w:p>
        </w:tc>
        <w:tc>
          <w:tcPr>
            <w:tcW w:w="1757" w:type="dxa"/>
            <w:shd w:val="clear" w:color="auto" w:fill="163A5F"/>
            <w:vAlign w:val="center"/>
          </w:tcPr>
          <w:p w14:paraId="2AB66A21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5"/>
                <w:lang w:val="sk-SK"/>
              </w:rPr>
              <w:t>Pravdepodobnosť / dopad</w:t>
            </w:r>
          </w:p>
        </w:tc>
        <w:tc>
          <w:tcPr>
            <w:tcW w:w="3175" w:type="dxa"/>
            <w:shd w:val="clear" w:color="auto" w:fill="163A5F"/>
            <w:vAlign w:val="center"/>
          </w:tcPr>
          <w:p w14:paraId="33122EE2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5"/>
                <w:lang w:val="sk-SK"/>
              </w:rPr>
              <w:t>Opatrenie a zodpovedná osoba</w:t>
            </w:r>
          </w:p>
        </w:tc>
      </w:tr>
      <w:tr w:rsidR="00D80985" w:rsidRPr="009A7A6B" w14:paraId="762B198D" w14:textId="77777777">
        <w:trPr>
          <w:cantSplit/>
          <w:trHeight w:val="567"/>
          <w:jc w:val="center"/>
        </w:trPr>
        <w:tc>
          <w:tcPr>
            <w:tcW w:w="3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3C577C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1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F4FCFF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9AB163" w14:textId="77777777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i/>
                <w:color w:val="2F6B9A"/>
                <w:sz w:val="15"/>
                <w:lang w:val="sk-SK"/>
              </w:rPr>
              <w:t>[technické / realizačné / IP / regulačné / trhové]</w:t>
            </w:r>
          </w:p>
        </w:tc>
        <w:tc>
          <w:tcPr>
            <w:tcW w:w="17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93C1EA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[nízka – stredná – vysoká]</w:t>
            </w:r>
          </w:p>
        </w:tc>
        <w:tc>
          <w:tcPr>
            <w:tcW w:w="317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82E229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  <w:tr w:rsidR="00D80985" w:rsidRPr="009A7A6B" w14:paraId="125A2353" w14:textId="77777777">
        <w:trPr>
          <w:cantSplit/>
          <w:trHeight w:val="567"/>
          <w:jc w:val="center"/>
        </w:trPr>
        <w:tc>
          <w:tcPr>
            <w:tcW w:w="3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0268A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2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5360C3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B3F095" w14:textId="77777777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i/>
                <w:color w:val="2F6B9A"/>
                <w:sz w:val="15"/>
                <w:lang w:val="sk-SK"/>
              </w:rPr>
              <w:t>[technické / realizačné / IP / regulačné / trhové]</w:t>
            </w:r>
          </w:p>
        </w:tc>
        <w:tc>
          <w:tcPr>
            <w:tcW w:w="17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215281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[nízka – stredná – vysoká]</w:t>
            </w:r>
          </w:p>
        </w:tc>
        <w:tc>
          <w:tcPr>
            <w:tcW w:w="317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66F88E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  <w:tr w:rsidR="00D80985" w:rsidRPr="009A7A6B" w14:paraId="2202C654" w14:textId="77777777">
        <w:trPr>
          <w:cantSplit/>
          <w:trHeight w:val="567"/>
          <w:jc w:val="center"/>
        </w:trPr>
        <w:tc>
          <w:tcPr>
            <w:tcW w:w="3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09E26C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3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4016B6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B416EA" w14:textId="77777777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i/>
                <w:color w:val="2F6B9A"/>
                <w:sz w:val="15"/>
                <w:lang w:val="sk-SK"/>
              </w:rPr>
              <w:t>[technické / realizačné / IP / regulačné / trhové]</w:t>
            </w:r>
          </w:p>
        </w:tc>
        <w:tc>
          <w:tcPr>
            <w:tcW w:w="17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DFDDD5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[nízka – stredná – vysoká]</w:t>
            </w:r>
          </w:p>
        </w:tc>
        <w:tc>
          <w:tcPr>
            <w:tcW w:w="317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4E1183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  <w:tr w:rsidR="00D80985" w:rsidRPr="009A7A6B" w14:paraId="256C589E" w14:textId="77777777">
        <w:trPr>
          <w:cantSplit/>
          <w:trHeight w:val="567"/>
          <w:jc w:val="center"/>
        </w:trPr>
        <w:tc>
          <w:tcPr>
            <w:tcW w:w="3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7F4208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4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150B9E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6B76A7" w14:textId="77777777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i/>
                <w:color w:val="2F6B9A"/>
                <w:sz w:val="15"/>
                <w:lang w:val="sk-SK"/>
              </w:rPr>
              <w:t>[technické / realizačné / IP / regulačné / trhové]</w:t>
            </w:r>
          </w:p>
        </w:tc>
        <w:tc>
          <w:tcPr>
            <w:tcW w:w="17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B3BEBB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[nízka – stredná – vysoká]</w:t>
            </w:r>
          </w:p>
        </w:tc>
        <w:tc>
          <w:tcPr>
            <w:tcW w:w="317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A8F284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  <w:tr w:rsidR="00D80985" w:rsidRPr="009A7A6B" w14:paraId="091BF594" w14:textId="77777777">
        <w:trPr>
          <w:cantSplit/>
          <w:trHeight w:val="567"/>
          <w:jc w:val="center"/>
        </w:trPr>
        <w:tc>
          <w:tcPr>
            <w:tcW w:w="34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9074BF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5</w:t>
            </w:r>
          </w:p>
        </w:tc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DBAAEF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  <w:tc>
          <w:tcPr>
            <w:tcW w:w="19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399413" w14:textId="77777777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i/>
                <w:color w:val="2F6B9A"/>
                <w:sz w:val="15"/>
                <w:lang w:val="sk-SK"/>
              </w:rPr>
              <w:t>[technické / realizačné / IP / regulačné / trhové]</w:t>
            </w:r>
          </w:p>
        </w:tc>
        <w:tc>
          <w:tcPr>
            <w:tcW w:w="175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F28368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[nízka – stredná – vysoká]</w:t>
            </w:r>
          </w:p>
        </w:tc>
        <w:tc>
          <w:tcPr>
            <w:tcW w:w="317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A7F2D7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5"/>
                <w:lang w:val="sk-SK"/>
              </w:rPr>
              <w:t>[Doplňte.]</w:t>
            </w:r>
          </w:p>
        </w:tc>
      </w:tr>
    </w:tbl>
    <w:p w14:paraId="10A8EF95" w14:textId="77777777" w:rsidR="00D80985" w:rsidRPr="009A7A6B" w:rsidRDefault="00D80985"/>
    <w:p w14:paraId="3BFBDF2D" w14:textId="77777777" w:rsidR="00D80985" w:rsidRPr="009A7A6B" w:rsidRDefault="0061065C">
      <w:pPr>
        <w:pStyle w:val="Nadpis1"/>
      </w:pPr>
      <w:r w:rsidRPr="009A7A6B">
        <w:rPr>
          <w:lang w:val="sk-SK"/>
        </w:rPr>
        <w:t>11. Vyhlásenia Žiadateľa</w:t>
      </w:r>
    </w:p>
    <w:p w14:paraId="48AD9617" w14:textId="77777777" w:rsidR="00D80985" w:rsidRPr="009A7A6B" w:rsidRDefault="0061065C">
      <w:pPr>
        <w:pStyle w:val="Instruction"/>
      </w:pPr>
      <w:r w:rsidRPr="009A7A6B">
        <w:rPr>
          <w:lang w:val="sk-SK"/>
        </w:rPr>
        <w:t>Zaškrtnite všetky vyhlásenia. Ak niektoré vyhlásenie nemožno urobiť bez výhrady, opíšte relevantné skutočnosti v prílohe.</w:t>
      </w:r>
    </w:p>
    <w:p w14:paraId="4663DAE7" w14:textId="77777777" w:rsidR="00D80985" w:rsidRPr="00A917C3" w:rsidRDefault="0061065C">
      <w:pPr>
        <w:spacing w:after="60"/>
        <w:ind w:left="142" w:hanging="142"/>
        <w:rPr>
          <w:lang w:val="pl-PL"/>
        </w:rPr>
      </w:pPr>
      <w:r w:rsidRPr="009A7A6B">
        <w:rPr>
          <w:rFonts w:ascii="DejaVu Sans" w:hAnsi="DejaVu Sans"/>
          <w:color w:val="163A5F"/>
          <w:lang w:val="sk-SK"/>
        </w:rPr>
        <w:t xml:space="preserve">☐  </w:t>
      </w:r>
      <w:r w:rsidRPr="009A7A6B">
        <w:rPr>
          <w:sz w:val="18"/>
          <w:lang w:val="sk-SK"/>
        </w:rPr>
        <w:t xml:space="preserve">Oboznámil/-a som sa s Pravidlami na využitie </w:t>
      </w:r>
      <w:proofErr w:type="spellStart"/>
      <w:r w:rsidRPr="009A7A6B">
        <w:rPr>
          <w:sz w:val="18"/>
          <w:lang w:val="sk-SK"/>
        </w:rPr>
        <w:t>PoC</w:t>
      </w:r>
      <w:proofErr w:type="spellEnd"/>
      <w:r w:rsidRPr="009A7A6B">
        <w:rPr>
          <w:sz w:val="18"/>
          <w:lang w:val="sk-SK"/>
        </w:rPr>
        <w:t xml:space="preserve"> fondu a výzvou, súhlasím s nimi a zaväzujem sa ich dodržiavať.</w:t>
      </w:r>
    </w:p>
    <w:p w14:paraId="7FD1B4FE" w14:textId="77777777" w:rsidR="00D80985" w:rsidRPr="00A917C3" w:rsidRDefault="0061065C">
      <w:pPr>
        <w:spacing w:after="60"/>
        <w:ind w:left="142" w:hanging="142"/>
        <w:rPr>
          <w:lang w:val="pl-PL"/>
        </w:rPr>
      </w:pPr>
      <w:r w:rsidRPr="009A7A6B">
        <w:rPr>
          <w:rFonts w:ascii="DejaVu Sans" w:hAnsi="DejaVu Sans"/>
          <w:color w:val="163A5F"/>
          <w:lang w:val="sk-SK"/>
        </w:rPr>
        <w:t xml:space="preserve">☐  </w:t>
      </w:r>
      <w:r w:rsidRPr="009A7A6B">
        <w:rPr>
          <w:sz w:val="18"/>
          <w:lang w:val="sk-SK"/>
        </w:rPr>
        <w:t>Údaje uvedené v Žiadosti a jej prílohách sú podľa môjho najlepšieho vedomia pravdivé, úplné a nezavádzajúce.</w:t>
      </w:r>
    </w:p>
    <w:p w14:paraId="2B1975C0" w14:textId="77777777" w:rsidR="00D80985" w:rsidRPr="00A917C3" w:rsidRDefault="0061065C">
      <w:pPr>
        <w:spacing w:after="60"/>
        <w:ind w:left="142" w:hanging="142"/>
        <w:rPr>
          <w:lang w:val="pl-PL"/>
        </w:rPr>
      </w:pPr>
      <w:r w:rsidRPr="009A7A6B">
        <w:rPr>
          <w:rFonts w:ascii="DejaVu Sans" w:hAnsi="DejaVu Sans"/>
          <w:color w:val="163A5F"/>
          <w:lang w:val="sk-SK"/>
        </w:rPr>
        <w:t xml:space="preserve">☐  </w:t>
      </w:r>
      <w:r w:rsidRPr="009A7A6B">
        <w:rPr>
          <w:sz w:val="18"/>
          <w:lang w:val="sk-SK"/>
        </w:rPr>
        <w:t>Projekt ani rovnaké výdavky nie sú financované z iných verejných zdrojov; všetky súvisiace projekty a zdroje financovania sú v Žiadosti riadne uvedené.</w:t>
      </w:r>
    </w:p>
    <w:p w14:paraId="0AC71BCC" w14:textId="77777777" w:rsidR="00D80985" w:rsidRPr="00A917C3" w:rsidRDefault="0061065C">
      <w:pPr>
        <w:spacing w:after="60"/>
        <w:ind w:left="142" w:hanging="142"/>
        <w:rPr>
          <w:lang w:val="pl-PL"/>
        </w:rPr>
      </w:pPr>
      <w:r w:rsidRPr="009A7A6B">
        <w:rPr>
          <w:rFonts w:ascii="DejaVu Sans" w:hAnsi="DejaVu Sans"/>
          <w:color w:val="163A5F"/>
          <w:lang w:val="sk-SK"/>
        </w:rPr>
        <w:t xml:space="preserve">☐  </w:t>
      </w:r>
      <w:r w:rsidRPr="009A7A6B">
        <w:rPr>
          <w:sz w:val="18"/>
          <w:lang w:val="sk-SK"/>
        </w:rPr>
        <w:t>Nie je mi známy neoznámený skutočný, potenciálny ani zdanlivý Konflikt záujmov týkajúci sa Žiadateľa, riešiteľského tímu, Dodávateľa alebo Súkromného partnera.</w:t>
      </w:r>
    </w:p>
    <w:p w14:paraId="13821ACF" w14:textId="77777777" w:rsidR="00D80985" w:rsidRPr="00A917C3" w:rsidRDefault="0061065C">
      <w:pPr>
        <w:spacing w:after="60"/>
        <w:ind w:left="142" w:hanging="142"/>
        <w:rPr>
          <w:lang w:val="pl-PL"/>
        </w:rPr>
      </w:pPr>
      <w:r w:rsidRPr="009A7A6B">
        <w:rPr>
          <w:rFonts w:ascii="DejaVu Sans" w:hAnsi="DejaVu Sans"/>
          <w:color w:val="163A5F"/>
          <w:lang w:val="sk-SK"/>
        </w:rPr>
        <w:t xml:space="preserve">☐  </w:t>
      </w:r>
      <w:r w:rsidRPr="009A7A6B">
        <w:rPr>
          <w:sz w:val="18"/>
          <w:lang w:val="sk-SK"/>
        </w:rPr>
        <w:t>V Žiadosti je pravdivo opísaný právny režim výsledku, práva členov tímu a práva tretích osôb; realizáciou Projektu podľa dostupných informácií nedôjde k porušeniu práv tretích osôb ani zmluvných povinností.</w:t>
      </w:r>
    </w:p>
    <w:p w14:paraId="014B256F" w14:textId="77777777" w:rsidR="00D80985" w:rsidRPr="00A917C3" w:rsidRDefault="0061065C">
      <w:pPr>
        <w:spacing w:after="60"/>
        <w:ind w:left="142" w:hanging="142"/>
        <w:rPr>
          <w:lang w:val="pl-PL"/>
        </w:rPr>
      </w:pPr>
      <w:r w:rsidRPr="009A7A6B">
        <w:rPr>
          <w:rFonts w:ascii="DejaVu Sans" w:hAnsi="DejaVu Sans"/>
          <w:color w:val="163A5F"/>
          <w:lang w:val="sk-SK"/>
        </w:rPr>
        <w:t xml:space="preserve">☐  </w:t>
      </w:r>
      <w:r w:rsidRPr="009A7A6B">
        <w:rPr>
          <w:sz w:val="18"/>
          <w:lang w:val="sk-SK"/>
        </w:rPr>
        <w:t xml:space="preserve">Bezodkladne oznámim Správcovi </w:t>
      </w:r>
      <w:proofErr w:type="spellStart"/>
      <w:r w:rsidRPr="009A7A6B">
        <w:rPr>
          <w:sz w:val="18"/>
          <w:lang w:val="sk-SK"/>
        </w:rPr>
        <w:t>PoC</w:t>
      </w:r>
      <w:proofErr w:type="spellEnd"/>
      <w:r w:rsidRPr="009A7A6B">
        <w:rPr>
          <w:sz w:val="18"/>
          <w:lang w:val="sk-SK"/>
        </w:rPr>
        <w:t xml:space="preserve"> fondu každú zmenu skutočností významných pre posúdenie alebo realizáciu Projektu, najmä zmenu tímu, harmonogramu, rozpočtu, Dodávateľa, právneho režimu, konfliktu záujmov alebo rizika duplicitného financovania.</w:t>
      </w:r>
    </w:p>
    <w:p w14:paraId="3AE7C993" w14:textId="77777777" w:rsidR="00D80985" w:rsidRPr="00A917C3" w:rsidRDefault="0061065C">
      <w:pPr>
        <w:spacing w:after="60"/>
        <w:ind w:left="142" w:hanging="142"/>
        <w:rPr>
          <w:lang w:val="pl-PL"/>
        </w:rPr>
      </w:pPr>
      <w:r w:rsidRPr="009A7A6B">
        <w:rPr>
          <w:rFonts w:ascii="DejaVu Sans" w:hAnsi="DejaVu Sans"/>
          <w:color w:val="163A5F"/>
          <w:lang w:val="sk-SK"/>
        </w:rPr>
        <w:t xml:space="preserve">☐  </w:t>
      </w:r>
      <w:r w:rsidRPr="009A7A6B">
        <w:rPr>
          <w:sz w:val="18"/>
          <w:lang w:val="sk-SK"/>
        </w:rPr>
        <w:t>Zabezpečím potrebnú súčinnosť pri administrácii, hodnotení, realizácii, monitorovaní, kontrole a vyúčtovaní Projektu a primeranú ochranu dôverných informácií a práv duševného vlastníctva.</w:t>
      </w:r>
    </w:p>
    <w:p w14:paraId="692CD35C" w14:textId="77777777" w:rsidR="00D80985" w:rsidRPr="009A7A6B" w:rsidRDefault="0061065C">
      <w:pPr>
        <w:pStyle w:val="Nadpis1"/>
      </w:pPr>
      <w:r w:rsidRPr="009A7A6B">
        <w:rPr>
          <w:lang w:val="sk-SK"/>
        </w:rPr>
        <w:t>12. Zoznam príloh</w:t>
      </w:r>
    </w:p>
    <w:tbl>
      <w:tblPr>
        <w:tblW w:w="0" w:type="auto"/>
        <w:jc w:val="center"/>
        <w:tblBorders>
          <w:top w:val="single" w:sz="6" w:space="0" w:color="9EADBA"/>
          <w:left w:val="single" w:sz="6" w:space="0" w:color="9EADBA"/>
          <w:bottom w:val="single" w:sz="6" w:space="0" w:color="9EADBA"/>
          <w:right w:val="single" w:sz="6" w:space="0" w:color="9EADBA"/>
          <w:insideH w:val="single" w:sz="6" w:space="0" w:color="9EADBA"/>
          <w:insideV w:val="single" w:sz="6" w:space="0" w:color="9EADBA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6520"/>
        <w:gridCol w:w="2721"/>
      </w:tblGrid>
      <w:tr w:rsidR="00D80985" w:rsidRPr="009A7A6B" w14:paraId="37A7275B" w14:textId="77777777">
        <w:trPr>
          <w:cantSplit/>
          <w:tblHeader/>
          <w:jc w:val="center"/>
        </w:trPr>
        <w:tc>
          <w:tcPr>
            <w:tcW w:w="453" w:type="dxa"/>
            <w:shd w:val="clear" w:color="auto" w:fill="163A5F"/>
            <w:vAlign w:val="center"/>
          </w:tcPr>
          <w:p w14:paraId="77B5563F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6"/>
                <w:lang w:val="sk-SK"/>
              </w:rPr>
              <w:t>Č.</w:t>
            </w:r>
          </w:p>
        </w:tc>
        <w:tc>
          <w:tcPr>
            <w:tcW w:w="6520" w:type="dxa"/>
            <w:shd w:val="clear" w:color="auto" w:fill="163A5F"/>
            <w:vAlign w:val="center"/>
          </w:tcPr>
          <w:p w14:paraId="02BAA953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6"/>
                <w:lang w:val="sk-SK"/>
              </w:rPr>
              <w:t>Názov prílohy</w:t>
            </w:r>
          </w:p>
        </w:tc>
        <w:tc>
          <w:tcPr>
            <w:tcW w:w="2721" w:type="dxa"/>
            <w:shd w:val="clear" w:color="auto" w:fill="163A5F"/>
            <w:vAlign w:val="center"/>
          </w:tcPr>
          <w:p w14:paraId="4DFE80FC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b/>
                <w:color w:val="FFFFFF"/>
                <w:sz w:val="16"/>
                <w:lang w:val="sk-SK"/>
              </w:rPr>
              <w:t>Poznámka / počet strán</w:t>
            </w:r>
          </w:p>
        </w:tc>
      </w:tr>
      <w:tr w:rsidR="00D80985" w:rsidRPr="009A7A6B" w14:paraId="588A33D9" w14:textId="77777777">
        <w:trPr>
          <w:cantSplit/>
          <w:trHeight w:val="425"/>
          <w:jc w:val="center"/>
        </w:trPr>
        <w:tc>
          <w:tcPr>
            <w:tcW w:w="4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9D9671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color w:val="000000"/>
                <w:sz w:val="16"/>
                <w:lang w:val="sk-SK"/>
              </w:rPr>
              <w:t>1</w:t>
            </w:r>
          </w:p>
        </w:tc>
        <w:tc>
          <w:tcPr>
            <w:tcW w:w="6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A1325D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72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15CDEF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</w:tr>
      <w:tr w:rsidR="00D80985" w:rsidRPr="009A7A6B" w14:paraId="4F6A8A30" w14:textId="77777777">
        <w:trPr>
          <w:cantSplit/>
          <w:trHeight w:val="425"/>
          <w:jc w:val="center"/>
        </w:trPr>
        <w:tc>
          <w:tcPr>
            <w:tcW w:w="4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F3E67F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color w:val="000000"/>
                <w:sz w:val="16"/>
                <w:lang w:val="sk-SK"/>
              </w:rPr>
              <w:t>2</w:t>
            </w:r>
          </w:p>
        </w:tc>
        <w:tc>
          <w:tcPr>
            <w:tcW w:w="6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DE67BC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72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3E69B8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</w:tr>
      <w:tr w:rsidR="00D80985" w:rsidRPr="009A7A6B" w14:paraId="357E86AC" w14:textId="77777777">
        <w:trPr>
          <w:cantSplit/>
          <w:trHeight w:val="425"/>
          <w:jc w:val="center"/>
        </w:trPr>
        <w:tc>
          <w:tcPr>
            <w:tcW w:w="4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44452E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color w:val="000000"/>
                <w:sz w:val="16"/>
                <w:lang w:val="sk-SK"/>
              </w:rPr>
              <w:t>3</w:t>
            </w:r>
          </w:p>
        </w:tc>
        <w:tc>
          <w:tcPr>
            <w:tcW w:w="6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1EC535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72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8077BE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</w:tr>
      <w:tr w:rsidR="00D80985" w:rsidRPr="009A7A6B" w14:paraId="1D8947B4" w14:textId="77777777">
        <w:trPr>
          <w:cantSplit/>
          <w:trHeight w:val="425"/>
          <w:jc w:val="center"/>
        </w:trPr>
        <w:tc>
          <w:tcPr>
            <w:tcW w:w="4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01355F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color w:val="000000"/>
                <w:sz w:val="16"/>
                <w:lang w:val="sk-SK"/>
              </w:rPr>
              <w:t>4</w:t>
            </w:r>
          </w:p>
        </w:tc>
        <w:tc>
          <w:tcPr>
            <w:tcW w:w="6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6962E5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72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039573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</w:tr>
      <w:tr w:rsidR="00D80985" w:rsidRPr="009A7A6B" w14:paraId="4C5347D2" w14:textId="77777777">
        <w:trPr>
          <w:cantSplit/>
          <w:trHeight w:val="425"/>
          <w:jc w:val="center"/>
        </w:trPr>
        <w:tc>
          <w:tcPr>
            <w:tcW w:w="4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907F96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color w:val="000000"/>
                <w:sz w:val="16"/>
                <w:lang w:val="sk-SK"/>
              </w:rPr>
              <w:t>5</w:t>
            </w:r>
          </w:p>
        </w:tc>
        <w:tc>
          <w:tcPr>
            <w:tcW w:w="6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7B6400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72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B82AEA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</w:tr>
      <w:tr w:rsidR="00D80985" w:rsidRPr="009A7A6B" w14:paraId="1C6267FA" w14:textId="77777777">
        <w:trPr>
          <w:cantSplit/>
          <w:trHeight w:val="425"/>
          <w:jc w:val="center"/>
        </w:trPr>
        <w:tc>
          <w:tcPr>
            <w:tcW w:w="453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F72406" w14:textId="77777777" w:rsidR="00D80985" w:rsidRPr="009A7A6B" w:rsidRDefault="0061065C">
            <w:pPr>
              <w:spacing w:after="0" w:line="240" w:lineRule="auto"/>
              <w:jc w:val="center"/>
            </w:pPr>
            <w:r w:rsidRPr="009A7A6B">
              <w:rPr>
                <w:color w:val="000000"/>
                <w:sz w:val="16"/>
                <w:lang w:val="sk-SK"/>
              </w:rPr>
              <w:t>6</w:t>
            </w:r>
          </w:p>
        </w:tc>
        <w:tc>
          <w:tcPr>
            <w:tcW w:w="6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2DC0C2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  <w:tc>
          <w:tcPr>
            <w:tcW w:w="272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48D6BB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6"/>
                <w:lang w:val="sk-SK"/>
              </w:rPr>
              <w:t>[Doplňte.]</w:t>
            </w:r>
          </w:p>
        </w:tc>
      </w:tr>
    </w:tbl>
    <w:p w14:paraId="063BA377" w14:textId="77777777" w:rsidR="00D80985" w:rsidRPr="009A7A6B" w:rsidRDefault="00D80985"/>
    <w:p w14:paraId="38FAB4D8" w14:textId="62F43D82" w:rsidR="00D80985" w:rsidRPr="009A7A6B" w:rsidRDefault="0061065C" w:rsidP="00B441E8">
      <w:pPr>
        <w:pStyle w:val="Instruction"/>
      </w:pPr>
      <w:r w:rsidRPr="009A7A6B">
        <w:rPr>
          <w:lang w:val="sk-SK"/>
        </w:rPr>
        <w:t xml:space="preserve">Typické prílohy podľa povahy Projektu: doklady k právnemu režimu výsledku, technické podklady, výsledky testov alebo rešerší, rozpočtové podklady, vyjadrenia partnerov alebo </w:t>
      </w:r>
      <w:r w:rsidR="00B441E8" w:rsidRPr="009A7A6B">
        <w:rPr>
          <w:lang w:val="sk-SK"/>
        </w:rPr>
        <w:t>listy s prejaveným komerčným</w:t>
      </w:r>
      <w:r w:rsidRPr="009A7A6B">
        <w:rPr>
          <w:lang w:val="sk-SK"/>
        </w:rPr>
        <w:t xml:space="preserve"> záujm</w:t>
      </w:r>
      <w:r w:rsidR="00B441E8" w:rsidRPr="009A7A6B">
        <w:rPr>
          <w:lang w:val="sk-SK"/>
        </w:rPr>
        <w:t>om</w:t>
      </w:r>
      <w:r w:rsidR="00B7123B" w:rsidRPr="009A7A6B">
        <w:rPr>
          <w:lang w:val="sk-SK"/>
        </w:rPr>
        <w:t xml:space="preserve"> (</w:t>
      </w:r>
      <w:proofErr w:type="spellStart"/>
      <w:r w:rsidR="00B7123B" w:rsidRPr="009A7A6B">
        <w:rPr>
          <w:lang w:val="sk-SK"/>
        </w:rPr>
        <w:t>Letter</w:t>
      </w:r>
      <w:proofErr w:type="spellEnd"/>
      <w:r w:rsidR="00B7123B" w:rsidRPr="009A7A6B">
        <w:rPr>
          <w:lang w:val="sk-SK"/>
        </w:rPr>
        <w:t xml:space="preserve"> of </w:t>
      </w:r>
      <w:proofErr w:type="spellStart"/>
      <w:r w:rsidR="00B7123B" w:rsidRPr="009A7A6B">
        <w:rPr>
          <w:lang w:val="sk-SK"/>
        </w:rPr>
        <w:t>Intent</w:t>
      </w:r>
      <w:proofErr w:type="spellEnd"/>
      <w:r w:rsidR="00B7123B" w:rsidRPr="009A7A6B">
        <w:rPr>
          <w:lang w:val="sk-SK"/>
        </w:rPr>
        <w:t>)</w:t>
      </w:r>
      <w:r w:rsidRPr="009A7A6B">
        <w:rPr>
          <w:lang w:val="sk-SK"/>
        </w:rPr>
        <w:t xml:space="preserve">, prípadne ďalšie podklady vyžiadané výzvou alebo Správcom </w:t>
      </w:r>
      <w:proofErr w:type="spellStart"/>
      <w:r w:rsidRPr="009A7A6B">
        <w:rPr>
          <w:lang w:val="sk-SK"/>
        </w:rPr>
        <w:t>PoC</w:t>
      </w:r>
      <w:proofErr w:type="spellEnd"/>
      <w:r w:rsidRPr="009A7A6B">
        <w:rPr>
          <w:lang w:val="sk-SK"/>
        </w:rPr>
        <w:t xml:space="preserve"> fondu.</w:t>
      </w:r>
    </w:p>
    <w:p w14:paraId="04F8872F" w14:textId="77777777" w:rsidR="00D80985" w:rsidRPr="009A7A6B" w:rsidRDefault="0061065C">
      <w:pPr>
        <w:pStyle w:val="Nadpis1"/>
      </w:pPr>
      <w:r w:rsidRPr="009A7A6B">
        <w:rPr>
          <w:lang w:val="sk-SK"/>
        </w:rPr>
        <w:lastRenderedPageBreak/>
        <w:t>13. Podpis</w:t>
      </w:r>
    </w:p>
    <w:tbl>
      <w:tblPr>
        <w:tblW w:w="0" w:type="auto"/>
        <w:jc w:val="center"/>
        <w:tblBorders>
          <w:top w:val="single" w:sz="6" w:space="0" w:color="9EADBA"/>
          <w:left w:val="single" w:sz="6" w:space="0" w:color="9EADBA"/>
          <w:bottom w:val="single" w:sz="6" w:space="0" w:color="9EADBA"/>
          <w:right w:val="single" w:sz="6" w:space="0" w:color="9EADBA"/>
          <w:insideH w:val="single" w:sz="6" w:space="0" w:color="9EADBA"/>
          <w:insideV w:val="single" w:sz="6" w:space="0" w:color="9EADBA"/>
        </w:tblBorders>
        <w:tblLayout w:type="fixed"/>
        <w:tblLook w:val="04A0" w:firstRow="1" w:lastRow="0" w:firstColumn="1" w:lastColumn="0" w:noHBand="0" w:noVBand="1"/>
      </w:tblPr>
      <w:tblGrid>
        <w:gridCol w:w="1927"/>
        <w:gridCol w:w="2835"/>
        <w:gridCol w:w="1247"/>
        <w:gridCol w:w="3402"/>
      </w:tblGrid>
      <w:tr w:rsidR="00D80985" w:rsidRPr="009A7A6B" w14:paraId="165AFA87" w14:textId="77777777">
        <w:trPr>
          <w:cantSplit/>
          <w:jc w:val="center"/>
        </w:trPr>
        <w:tc>
          <w:tcPr>
            <w:tcW w:w="1927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66B8D7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7"/>
                <w:lang w:val="sk-SK"/>
              </w:rPr>
              <w:t>Miesto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CDF4BB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7"/>
                <w:lang w:val="sk-SK"/>
              </w:rPr>
              <w:t>[Doplňte.]</w:t>
            </w:r>
          </w:p>
        </w:tc>
        <w:tc>
          <w:tcPr>
            <w:tcW w:w="1247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32A7F7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7"/>
                <w:lang w:val="sk-SK"/>
              </w:rPr>
              <w:t>Dátum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627624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7"/>
                <w:lang w:val="sk-SK"/>
              </w:rPr>
              <w:t>[Doplňte.]</w:t>
            </w:r>
          </w:p>
        </w:tc>
      </w:tr>
      <w:tr w:rsidR="00D80985" w:rsidRPr="009A7A6B" w14:paraId="70D686C1" w14:textId="77777777">
        <w:trPr>
          <w:cantSplit/>
          <w:trHeight w:val="567"/>
          <w:jc w:val="center"/>
        </w:trPr>
        <w:tc>
          <w:tcPr>
            <w:tcW w:w="1927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49D068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7"/>
                <w:lang w:val="sk-SK"/>
              </w:rPr>
              <w:t>Žiadateľ / oprávnený zástupca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CCFB94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7"/>
                <w:lang w:val="sk-SK"/>
              </w:rPr>
              <w:t>[Meno, funkcia]</w:t>
            </w:r>
          </w:p>
        </w:tc>
        <w:tc>
          <w:tcPr>
            <w:tcW w:w="1247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DC0F6A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7"/>
                <w:lang w:val="sk-SK"/>
              </w:rPr>
              <w:t>Podpis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484D9F" w14:textId="77777777" w:rsidR="00D80985" w:rsidRPr="009A7A6B" w:rsidRDefault="00D80985">
            <w:pPr>
              <w:spacing w:after="0" w:line="240" w:lineRule="auto"/>
            </w:pPr>
          </w:p>
        </w:tc>
      </w:tr>
      <w:tr w:rsidR="00D80985" w:rsidRPr="009A7A6B" w14:paraId="7F8A76F4" w14:textId="77777777">
        <w:trPr>
          <w:cantSplit/>
          <w:trHeight w:val="567"/>
          <w:jc w:val="center"/>
        </w:trPr>
        <w:tc>
          <w:tcPr>
            <w:tcW w:w="1927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FC8A94" w14:textId="77777777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b/>
                <w:color w:val="163A5F"/>
                <w:sz w:val="17"/>
                <w:lang w:val="sk-SK"/>
              </w:rPr>
              <w:t>Vedúci Projektu (ak je odlišný)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5D5092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7"/>
                <w:lang w:val="sk-SK"/>
              </w:rPr>
              <w:t>[Meno, funkcia]</w:t>
            </w:r>
          </w:p>
        </w:tc>
        <w:tc>
          <w:tcPr>
            <w:tcW w:w="1247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E8ADCE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7"/>
                <w:lang w:val="sk-SK"/>
              </w:rPr>
              <w:t>Podpis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609D96" w14:textId="77777777" w:rsidR="00D80985" w:rsidRPr="009A7A6B" w:rsidRDefault="00D80985">
            <w:pPr>
              <w:spacing w:after="0" w:line="240" w:lineRule="auto"/>
            </w:pPr>
          </w:p>
        </w:tc>
      </w:tr>
      <w:tr w:rsidR="00D80985" w14:paraId="4295BC29" w14:textId="77777777">
        <w:trPr>
          <w:cantSplit/>
          <w:trHeight w:val="567"/>
          <w:jc w:val="center"/>
        </w:trPr>
        <w:tc>
          <w:tcPr>
            <w:tcW w:w="1927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026B65" w14:textId="77777777" w:rsidR="00D80985" w:rsidRPr="00A917C3" w:rsidRDefault="0061065C">
            <w:pPr>
              <w:spacing w:after="0" w:line="240" w:lineRule="auto"/>
              <w:rPr>
                <w:lang w:val="pl-PL"/>
              </w:rPr>
            </w:pPr>
            <w:r w:rsidRPr="009A7A6B">
              <w:rPr>
                <w:b/>
                <w:color w:val="163A5F"/>
                <w:sz w:val="17"/>
                <w:lang w:val="sk-SK"/>
              </w:rPr>
              <w:t>Odborný garant (ak je relevantný)</w:t>
            </w:r>
          </w:p>
        </w:tc>
        <w:tc>
          <w:tcPr>
            <w:tcW w:w="28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DEEC2A" w14:textId="77777777" w:rsidR="00D80985" w:rsidRPr="009A7A6B" w:rsidRDefault="0061065C">
            <w:pPr>
              <w:spacing w:after="0" w:line="240" w:lineRule="auto"/>
            </w:pPr>
            <w:r w:rsidRPr="009A7A6B">
              <w:rPr>
                <w:i/>
                <w:color w:val="2F6B9A"/>
                <w:sz w:val="17"/>
                <w:lang w:val="sk-SK"/>
              </w:rPr>
              <w:t>[Meno, funkcia]</w:t>
            </w:r>
          </w:p>
        </w:tc>
        <w:tc>
          <w:tcPr>
            <w:tcW w:w="1247" w:type="dxa"/>
            <w:shd w:val="clear" w:color="auto" w:fill="EAF2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16E572" w14:textId="77777777" w:rsidR="00D80985" w:rsidRDefault="0061065C">
            <w:pPr>
              <w:spacing w:after="0" w:line="240" w:lineRule="auto"/>
            </w:pPr>
            <w:r w:rsidRPr="009A7A6B">
              <w:rPr>
                <w:b/>
                <w:color w:val="163A5F"/>
                <w:sz w:val="17"/>
                <w:lang w:val="sk-SK"/>
              </w:rPr>
              <w:t>Podpis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6D0642" w14:textId="77777777" w:rsidR="00D80985" w:rsidRDefault="00D80985">
            <w:pPr>
              <w:spacing w:after="0" w:line="240" w:lineRule="auto"/>
            </w:pPr>
          </w:p>
        </w:tc>
      </w:tr>
    </w:tbl>
    <w:p w14:paraId="056054DA" w14:textId="77777777" w:rsidR="005A6DF3" w:rsidRDefault="005A6DF3"/>
    <w:sectPr w:rsidR="005A6DF3" w:rsidSect="00034616">
      <w:footerReference w:type="default" r:id="rId8"/>
      <w:pgSz w:w="11906" w:h="16838"/>
      <w:pgMar w:top="879" w:right="935" w:bottom="879" w:left="935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CEC45" w14:textId="77777777" w:rsidR="00A330CB" w:rsidRDefault="00A330CB">
      <w:pPr>
        <w:spacing w:after="0" w:line="240" w:lineRule="auto"/>
      </w:pPr>
      <w:r>
        <w:separator/>
      </w:r>
    </w:p>
  </w:endnote>
  <w:endnote w:type="continuationSeparator" w:id="0">
    <w:p w14:paraId="585BC643" w14:textId="77777777" w:rsidR="00A330CB" w:rsidRDefault="00A33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charset w:val="EE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B38B6" w14:textId="19D6E00B" w:rsidR="00D80985" w:rsidRPr="00A917C3" w:rsidRDefault="00D80985">
    <w:pPr>
      <w:pStyle w:val="Pta"/>
      <w:rPr>
        <w:lang w:val="pl-PL"/>
      </w:rPr>
    </w:pPr>
  </w:p>
  <w:p w14:paraId="234B7303" w14:textId="77777777" w:rsidR="00D80985" w:rsidRDefault="0061065C">
    <w:pPr>
      <w:spacing w:after="0"/>
      <w:jc w:val="right"/>
    </w:pPr>
    <w:r>
      <w:rPr>
        <w:color w:val="5A5A5A"/>
        <w:sz w:val="16"/>
      </w:rPr>
      <w:t xml:space="preserve">Strana </w:t>
    </w:r>
    <w:r>
      <w:rPr>
        <w:color w:val="5A5A5A"/>
        <w:sz w:val="16"/>
      </w:rPr>
      <w:fldChar w:fldCharType="begin"/>
    </w:r>
    <w:r>
      <w:rPr>
        <w:color w:val="5A5A5A"/>
        <w:sz w:val="16"/>
      </w:rPr>
      <w:instrText xml:space="preserve"> PAGE </w:instrText>
    </w:r>
    <w:r>
      <w:rPr>
        <w:color w:val="5A5A5A"/>
        <w:sz w:val="16"/>
      </w:rPr>
      <w:fldChar w:fldCharType="separate"/>
    </w:r>
    <w:r w:rsidR="00D032A5">
      <w:rPr>
        <w:noProof/>
        <w:color w:val="5A5A5A"/>
        <w:sz w:val="16"/>
      </w:rPr>
      <w:t>1</w:t>
    </w:r>
    <w:r>
      <w:rPr>
        <w:color w:val="5A5A5A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0C00B" w14:textId="77777777" w:rsidR="00A330CB" w:rsidRDefault="00A330CB">
      <w:pPr>
        <w:spacing w:after="0" w:line="240" w:lineRule="auto"/>
      </w:pPr>
      <w:r>
        <w:separator/>
      </w:r>
    </w:p>
  </w:footnote>
  <w:footnote w:type="continuationSeparator" w:id="0">
    <w:p w14:paraId="7D632CE5" w14:textId="77777777" w:rsidR="00A330CB" w:rsidRDefault="00A330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1941339">
    <w:abstractNumId w:val="8"/>
  </w:num>
  <w:num w:numId="2" w16cid:durableId="1263295145">
    <w:abstractNumId w:val="6"/>
  </w:num>
  <w:num w:numId="3" w16cid:durableId="1812358015">
    <w:abstractNumId w:val="5"/>
  </w:num>
  <w:num w:numId="4" w16cid:durableId="1872378335">
    <w:abstractNumId w:val="4"/>
  </w:num>
  <w:num w:numId="5" w16cid:durableId="512652843">
    <w:abstractNumId w:val="7"/>
  </w:num>
  <w:num w:numId="6" w16cid:durableId="1369455756">
    <w:abstractNumId w:val="3"/>
  </w:num>
  <w:num w:numId="7" w16cid:durableId="1612972171">
    <w:abstractNumId w:val="2"/>
  </w:num>
  <w:num w:numId="8" w16cid:durableId="438259479">
    <w:abstractNumId w:val="1"/>
  </w:num>
  <w:num w:numId="9" w16cid:durableId="1578595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5F6"/>
    <w:rsid w:val="00034616"/>
    <w:rsid w:val="0006063C"/>
    <w:rsid w:val="000D59CC"/>
    <w:rsid w:val="00144E24"/>
    <w:rsid w:val="0015074B"/>
    <w:rsid w:val="0017192E"/>
    <w:rsid w:val="0028159F"/>
    <w:rsid w:val="0029639D"/>
    <w:rsid w:val="002E20D9"/>
    <w:rsid w:val="00326F90"/>
    <w:rsid w:val="00393151"/>
    <w:rsid w:val="00510646"/>
    <w:rsid w:val="00514A6A"/>
    <w:rsid w:val="005A6DF3"/>
    <w:rsid w:val="005D6F1D"/>
    <w:rsid w:val="005F51EC"/>
    <w:rsid w:val="0061065C"/>
    <w:rsid w:val="006171CD"/>
    <w:rsid w:val="007462A6"/>
    <w:rsid w:val="0074682D"/>
    <w:rsid w:val="007E0D35"/>
    <w:rsid w:val="00830278"/>
    <w:rsid w:val="0091757F"/>
    <w:rsid w:val="009A7A6B"/>
    <w:rsid w:val="009E3125"/>
    <w:rsid w:val="00A330CB"/>
    <w:rsid w:val="00A917C3"/>
    <w:rsid w:val="00AA1D8D"/>
    <w:rsid w:val="00AA61B3"/>
    <w:rsid w:val="00B441E8"/>
    <w:rsid w:val="00B47730"/>
    <w:rsid w:val="00B7123B"/>
    <w:rsid w:val="00B8514D"/>
    <w:rsid w:val="00BB5C38"/>
    <w:rsid w:val="00CB0664"/>
    <w:rsid w:val="00CB6353"/>
    <w:rsid w:val="00CD437E"/>
    <w:rsid w:val="00D032A5"/>
    <w:rsid w:val="00D26253"/>
    <w:rsid w:val="00D80985"/>
    <w:rsid w:val="00F03BC9"/>
    <w:rsid w:val="00F45D13"/>
    <w:rsid w:val="00F56C41"/>
    <w:rsid w:val="00F82DEB"/>
    <w:rsid w:val="00FC62BC"/>
    <w:rsid w:val="00FC693F"/>
    <w:rsid w:val="00FF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DD4A5E"/>
  <w14:defaultImageDpi w14:val="300"/>
  <w15:docId w15:val="{D3FE0C46-1479-534B-8D54-3CC4A0AB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80" w:line="252" w:lineRule="auto"/>
    </w:pPr>
    <w:rPr>
      <w:rFonts w:ascii="Arial" w:eastAsia="Arial" w:hAnsi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63A5F"/>
      <w:sz w:val="26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2F6B9A"/>
      <w:sz w:val="22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/>
      <w:b/>
      <w:bCs/>
      <w:color w:val="163A5F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63A5F"/>
      <w:spacing w:val="5"/>
      <w:kern w:val="28"/>
      <w:sz w:val="38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ction">
    <w:name w:val="Instruction"/>
    <w:pPr>
      <w:spacing w:after="60" w:line="240" w:lineRule="auto"/>
    </w:pPr>
    <w:rPr>
      <w:rFonts w:ascii="Arial" w:eastAsia="Arial" w:hAnsi="Arial"/>
      <w:i/>
      <w:color w:val="5A5A5A"/>
      <w:sz w:val="17"/>
    </w:rPr>
  </w:style>
  <w:style w:type="paragraph" w:customStyle="1" w:styleId="FieldPlaceholder">
    <w:name w:val="Field Placeholder"/>
    <w:pPr>
      <w:spacing w:after="0" w:line="240" w:lineRule="auto"/>
    </w:pPr>
    <w:rPr>
      <w:rFonts w:ascii="Arial" w:eastAsia="Arial" w:hAnsi="Arial"/>
      <w:i/>
      <w:color w:val="2F6B9A"/>
      <w:sz w:val="18"/>
    </w:rPr>
  </w:style>
  <w:style w:type="paragraph" w:styleId="Revzia">
    <w:name w:val="Revision"/>
    <w:hidden/>
    <w:uiPriority w:val="99"/>
    <w:semiHidden/>
    <w:rsid w:val="00510646"/>
    <w:pPr>
      <w:spacing w:after="0" w:line="240" w:lineRule="auto"/>
    </w:pPr>
    <w:rPr>
      <w:rFonts w:ascii="Arial" w:eastAsia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1892</Words>
  <Characters>10791</Characters>
  <Application>Microsoft Office Word</Application>
  <DocSecurity>0</DocSecurity>
  <Lines>89</Lines>
  <Paragraphs>25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Žiadosť o podporu z PoC fondu – vzor</vt:lpstr>
      <vt:lpstr/>
    </vt:vector>
  </TitlesOfParts>
  <Manager/>
  <Company/>
  <LinksUpToDate>false</LinksUpToDate>
  <CharactersWithSpaces>12658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podporu z PoC fondu – vzor</dc:title>
  <dc:subject>Vylepšená šablóna žiadosti podľa Pravidiel na využitie PoC fondu v3</dc:subject>
  <dc:creator>SIGNUM legal</dc:creator>
  <cp:keywords>PoC fond, Proof of Concept, žiadosť, transfer technológií</cp:keywords>
  <dc:description>generated by python-docx</dc:description>
  <cp:lastModifiedBy>Anna Grašúrová</cp:lastModifiedBy>
  <cp:revision>3</cp:revision>
  <dcterms:created xsi:type="dcterms:W3CDTF">2026-10-28T09:36:00Z</dcterms:created>
  <dcterms:modified xsi:type="dcterms:W3CDTF">2026-10-28T09:54:00Z</dcterms:modified>
  <cp:category/>
</cp:coreProperties>
</file>