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5B235" w14:textId="56708D71" w:rsidR="005E7336" w:rsidRPr="00EC0E6F" w:rsidRDefault="005E7336">
      <w:pPr>
        <w:wordWrap w:val="0"/>
        <w:autoSpaceDE w:val="0"/>
        <w:autoSpaceDN w:val="0"/>
        <w:spacing w:after="78" w:line="14" w:lineRule="exact"/>
        <w:rPr>
          <w:lang w:val="sk-SK"/>
        </w:rPr>
      </w:pPr>
    </w:p>
    <w:p w14:paraId="25E26CDA" w14:textId="77777777" w:rsidR="005E7336" w:rsidRPr="00EC0E6F" w:rsidRDefault="007D7AC8">
      <w:pPr>
        <w:wordWrap w:val="0"/>
        <w:autoSpaceDE w:val="0"/>
        <w:autoSpaceDN w:val="0"/>
        <w:spacing w:before="184" w:after="23" w:line="360" w:lineRule="exact"/>
        <w:ind w:left="2767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36"/>
          <w:lang w:val="sk-SK"/>
        </w:rPr>
        <w:t>Technická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univerzita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vo</w:t>
      </w:r>
      <w:r w:rsidRPr="00EC0E6F">
        <w:rPr>
          <w:rFonts w:ascii="Times New Roman" w:eastAsia="Times New Roman" w:hAnsi="Times New Roman"/>
          <w:b/>
          <w:color w:val="000000"/>
          <w:spacing w:val="-9"/>
          <w:sz w:val="3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36"/>
          <w:lang w:val="sk-SK"/>
        </w:rPr>
        <w:t>Zvolene</w:t>
      </w:r>
    </w:p>
    <w:p w14:paraId="7A76B99D" w14:textId="77777777" w:rsidR="005E7336" w:rsidRPr="00EC0E6F" w:rsidRDefault="007D7AC8">
      <w:pPr>
        <w:wordWrap w:val="0"/>
        <w:autoSpaceDE w:val="0"/>
        <w:autoSpaceDN w:val="0"/>
        <w:spacing w:before="47" w:after="4" w:line="221" w:lineRule="exact"/>
        <w:ind w:left="3535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ul</w:t>
      </w:r>
      <w:r w:rsidRPr="00EC0E6F">
        <w:rPr>
          <w:rFonts w:ascii="Calibri" w:eastAsia="Calibri" w:hAnsi="Calibri"/>
          <w:color w:val="000000"/>
          <w:w w:val="99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lang w:val="sk-SK"/>
        </w:rPr>
        <w:t>T</w:t>
      </w:r>
      <w:r w:rsidRPr="00EC0E6F">
        <w:rPr>
          <w:rFonts w:ascii="Calibri" w:eastAsia="Calibri" w:hAnsi="Calibri"/>
          <w:color w:val="000000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G.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Masaryka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24</w:t>
      </w:r>
      <w:r w:rsidRPr="00EC0E6F">
        <w:rPr>
          <w:rFonts w:ascii="Calibri" w:eastAsia="Calibri" w:hAnsi="Calibri"/>
          <w:color w:val="000000"/>
          <w:w w:val="101"/>
          <w:lang w:val="sk-SK"/>
        </w:rPr>
        <w:t>,</w:t>
      </w:r>
      <w:r w:rsidRPr="00EC0E6F">
        <w:rPr>
          <w:rFonts w:ascii="Times New Roman" w:eastAsia="Times New Roman" w:hAnsi="Times New Roman"/>
          <w:color w:val="000000"/>
          <w:spacing w:val="-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960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1"/>
          <w:lang w:val="sk-SK"/>
        </w:rPr>
        <w:t>01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lang w:val="sk-SK"/>
        </w:rPr>
        <w:t>Zvolen</w:t>
      </w:r>
    </w:p>
    <w:tbl>
      <w:tblPr>
        <w:tblW w:w="0" w:type="auto"/>
        <w:tblInd w:w="54" w:type="dxa"/>
        <w:tblLayout w:type="fixed"/>
        <w:tblLook w:val="04A0" w:firstRow="1" w:lastRow="0" w:firstColumn="1" w:lastColumn="0" w:noHBand="0" w:noVBand="1"/>
      </w:tblPr>
      <w:tblGrid>
        <w:gridCol w:w="10634"/>
      </w:tblGrid>
      <w:tr w:rsidR="005E7336" w:rsidRPr="00EC0E6F" w14:paraId="3711CED7" w14:textId="77777777">
        <w:trPr>
          <w:trHeight w:hRule="exact" w:val="466"/>
        </w:trPr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BB4BF" w14:textId="23F785A1" w:rsidR="005E7336" w:rsidRPr="00B11846" w:rsidRDefault="007D7AC8">
            <w:pPr>
              <w:wordWrap w:val="0"/>
              <w:autoSpaceDE w:val="0"/>
              <w:autoSpaceDN w:val="0"/>
              <w:spacing w:before="129" w:after="0" w:line="240" w:lineRule="exact"/>
              <w:ind w:left="103"/>
              <w:rPr>
                <w:color w:val="00B050"/>
                <w:spacing w:val="168"/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Fakulta</w:t>
            </w:r>
            <w:r w:rsidRPr="00EC0E6F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>:</w:t>
            </w:r>
            <w:r w:rsidR="00B11846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 xml:space="preserve">  </w:t>
            </w:r>
            <w:r w:rsidR="000467CE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 xml:space="preserve">                    Fakulta techniky</w:t>
            </w:r>
          </w:p>
        </w:tc>
      </w:tr>
      <w:tr w:rsidR="005E7336" w:rsidRPr="00EC0E6F" w14:paraId="3EA5A668" w14:textId="77777777">
        <w:trPr>
          <w:trHeight w:hRule="exact" w:val="464"/>
        </w:trPr>
        <w:tc>
          <w:tcPr>
            <w:tcW w:w="10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8E493" w14:textId="77777777" w:rsidR="005E7336" w:rsidRPr="00EC0E6F" w:rsidRDefault="007D7AC8">
            <w:pPr>
              <w:wordWrap w:val="0"/>
              <w:autoSpaceDE w:val="0"/>
              <w:autoSpaceDN w:val="0"/>
              <w:spacing w:before="127" w:after="0" w:line="240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Študijný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sz w:val="2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sz w:val="24"/>
                <w:lang w:val="sk-SK"/>
              </w:rPr>
              <w:t>program</w:t>
            </w:r>
            <w:r w:rsidRPr="00EC0E6F">
              <w:rPr>
                <w:rFonts w:ascii="Calibri" w:eastAsia="Calibri" w:hAnsi="Calibri"/>
                <w:b/>
                <w:color w:val="000000"/>
                <w:w w:val="101"/>
                <w:sz w:val="24"/>
                <w:lang w:val="sk-SK"/>
              </w:rPr>
              <w:t>:</w:t>
            </w:r>
          </w:p>
        </w:tc>
      </w:tr>
    </w:tbl>
    <w:p w14:paraId="73EDB6CD" w14:textId="77777777" w:rsidR="005E7336" w:rsidRPr="00EC0E6F" w:rsidRDefault="007D7AC8">
      <w:pPr>
        <w:wordWrap w:val="0"/>
        <w:autoSpaceDE w:val="0"/>
        <w:autoSpaceDN w:val="0"/>
        <w:spacing w:before="73" w:after="104" w:line="360" w:lineRule="exact"/>
        <w:ind w:left="356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36"/>
          <w:lang w:val="sk-SK"/>
        </w:rPr>
        <w:t>Z</w:t>
      </w:r>
      <w:r w:rsidRPr="00EC0E6F">
        <w:rPr>
          <w:rFonts w:ascii="Times New Roman" w:eastAsia="Times New Roman" w:hAnsi="Times New Roman"/>
          <w:b/>
          <w:color w:val="000000"/>
          <w:spacing w:val="58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Á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P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I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S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N</w:t>
      </w:r>
      <w:r w:rsidRPr="00EC0E6F">
        <w:rPr>
          <w:rFonts w:ascii="Calibri" w:eastAsia="Calibri" w:hAnsi="Calibri"/>
          <w:b/>
          <w:color w:val="000000"/>
          <w:spacing w:val="64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Ý</w:t>
      </w:r>
      <w:r w:rsidRPr="00EC0E6F">
        <w:rPr>
          <w:rFonts w:ascii="Times New Roman" w:eastAsia="Times New Roman" w:hAnsi="Times New Roman"/>
          <w:b/>
          <w:color w:val="000000"/>
          <w:spacing w:val="25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L</w:t>
      </w:r>
      <w:r w:rsidRPr="00EC0E6F">
        <w:rPr>
          <w:rFonts w:ascii="Calibri" w:eastAsia="Calibri" w:hAnsi="Calibri"/>
          <w:b/>
          <w:color w:val="000000"/>
          <w:spacing w:val="66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I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S</w:t>
      </w:r>
      <w:r w:rsidRPr="00EC0E6F">
        <w:rPr>
          <w:rFonts w:ascii="Calibri" w:eastAsia="Calibri" w:hAnsi="Calibri"/>
          <w:b/>
          <w:color w:val="000000"/>
          <w:spacing w:val="63"/>
          <w:sz w:val="29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9"/>
          <w:lang w:val="sk-SK"/>
        </w:rPr>
        <w:t>T</w:t>
      </w:r>
    </w:p>
    <w:p w14:paraId="018ABA35" w14:textId="2E563762" w:rsidR="005E7336" w:rsidRPr="00EC0E6F" w:rsidRDefault="007D7AC8">
      <w:pPr>
        <w:wordWrap w:val="0"/>
        <w:autoSpaceDE w:val="0"/>
        <w:autoSpaceDN w:val="0"/>
        <w:spacing w:before="207" w:after="4" w:line="221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Zapisujem</w:t>
      </w:r>
      <w:r w:rsidRPr="00EC0E6F">
        <w:rPr>
          <w:rFonts w:ascii="Times New Roman" w:eastAsia="Times New Roman" w:hAnsi="Times New Roman"/>
          <w:color w:val="000000"/>
          <w:spacing w:val="-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sa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ako</w:t>
      </w:r>
      <w:r w:rsidRPr="00EC0E6F">
        <w:rPr>
          <w:rFonts w:ascii="Times New Roman" w:eastAsia="Times New Roman" w:hAnsi="Times New Roman"/>
          <w:color w:val="000000"/>
          <w:spacing w:val="-4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študent</w:t>
      </w:r>
      <w:r w:rsidR="00EC0E6F">
        <w:rPr>
          <w:rFonts w:ascii="Calibri" w:eastAsia="Calibri" w:hAnsi="Calibri"/>
          <w:color w:val="000000"/>
          <w:lang w:val="sk-SK"/>
        </w:rPr>
        <w:t>/</w:t>
      </w:r>
      <w:r w:rsidRPr="00EC0E6F">
        <w:rPr>
          <w:rFonts w:ascii="Calibri" w:eastAsia="Calibri" w:hAnsi="Calibri"/>
          <w:color w:val="000000"/>
          <w:lang w:val="sk-SK"/>
        </w:rPr>
        <w:t>ka</w:t>
      </w:r>
      <w:r w:rsidRPr="00EC0E6F">
        <w:rPr>
          <w:rFonts w:ascii="Times New Roman" w:eastAsia="Times New Roman" w:hAnsi="Times New Roman"/>
          <w:b/>
          <w:color w:val="000000"/>
          <w:spacing w:val="46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denného</w:t>
      </w:r>
      <w:r w:rsidRPr="00EC0E6F">
        <w:rPr>
          <w:rFonts w:ascii="Times New Roman" w:eastAsia="Times New Roman" w:hAnsi="Times New Roman"/>
          <w:b/>
          <w:color w:val="000000"/>
          <w:spacing w:val="-4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w w:val="101"/>
          <w:lang w:val="sk-SK"/>
        </w:rPr>
        <w:t>–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externého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štúdia</w:t>
      </w:r>
      <w:r w:rsidRPr="00EC0E6F">
        <w:rPr>
          <w:rFonts w:ascii="Calibri" w:eastAsia="Calibri" w:hAnsi="Calibri"/>
          <w:color w:val="000000"/>
          <w:w w:val="101"/>
          <w:lang w:val="sk-SK"/>
        </w:rPr>
        <w:t>*,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pre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akademický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rok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="00E3218B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="000467CE">
        <w:rPr>
          <w:rFonts w:ascii="Times New Roman" w:eastAsia="Times New Roman" w:hAnsi="Times New Roman"/>
          <w:b/>
          <w:color w:val="000000"/>
          <w:spacing w:val="-5"/>
          <w:lang w:val="sk-SK"/>
        </w:rPr>
        <w:t>2025/2026</w:t>
      </w:r>
      <w:r w:rsidRPr="00EC0E6F">
        <w:rPr>
          <w:rFonts w:ascii="Calibri" w:eastAsia="Calibri" w:hAnsi="Calibri"/>
          <w:b/>
          <w:color w:val="000000"/>
          <w:w w:val="102"/>
          <w:lang w:val="sk-SK"/>
        </w:rPr>
        <w:t>,</w:t>
      </w:r>
      <w:r w:rsidRPr="00EC0E6F">
        <w:rPr>
          <w:rFonts w:ascii="Times New Roman" w:eastAsia="Times New Roman" w:hAnsi="Times New Roman"/>
          <w:b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lang w:val="sk-SK"/>
        </w:rPr>
        <w:t>ročník</w:t>
      </w:r>
      <w:r w:rsidR="000467CE">
        <w:rPr>
          <w:rFonts w:ascii="Calibri" w:eastAsia="Calibri" w:hAnsi="Calibri"/>
          <w:b/>
          <w:color w:val="000000"/>
          <w:lang w:val="sk-SK"/>
        </w:rPr>
        <w:t>........s</w:t>
      </w:r>
      <w:r w:rsidRPr="00EC0E6F">
        <w:rPr>
          <w:rFonts w:ascii="Calibri" w:eastAsia="Calibri" w:hAnsi="Calibri"/>
          <w:b/>
          <w:color w:val="000000"/>
          <w:lang w:val="sk-SK"/>
        </w:rPr>
        <w:t>tupeň</w:t>
      </w:r>
      <w:r w:rsidR="000467CE">
        <w:rPr>
          <w:rFonts w:ascii="Calibri" w:eastAsia="Calibri" w:hAnsi="Calibri"/>
          <w:b/>
          <w:color w:val="000000"/>
          <w:lang w:val="sk-SK"/>
        </w:rPr>
        <w:t>........</w:t>
      </w:r>
    </w:p>
    <w:tbl>
      <w:tblPr>
        <w:tblW w:w="10573" w:type="dxa"/>
        <w:tblInd w:w="54" w:type="dxa"/>
        <w:tblLayout w:type="fixed"/>
        <w:tblLook w:val="04A0" w:firstRow="1" w:lastRow="0" w:firstColumn="1" w:lastColumn="0" w:noHBand="0" w:noVBand="1"/>
      </w:tblPr>
      <w:tblGrid>
        <w:gridCol w:w="5103"/>
        <w:gridCol w:w="792"/>
        <w:gridCol w:w="4678"/>
      </w:tblGrid>
      <w:tr w:rsidR="005E7336" w:rsidRPr="00EC0E6F" w14:paraId="67E58520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162DBD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Meno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a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937FB6" w:rsidRPr="00EC0E6F" w14:paraId="0E0C8F70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719922" w14:textId="41EAF6C4" w:rsidR="00937FB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priezvisko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937FB6" w:rsidRPr="00EC0E6F" w14:paraId="0A379DDD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E76640" w14:textId="73990800" w:rsidR="00937FB6" w:rsidRPr="00EC0E6F" w:rsidRDefault="00937FB6" w:rsidP="00937FB6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Tituly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4A5F52" w14:textId="777CA442" w:rsidR="00937FB6" w:rsidRPr="00EC0E6F" w:rsidRDefault="00937FB6" w:rsidP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Rodné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číslo:</w:t>
            </w:r>
          </w:p>
        </w:tc>
      </w:tr>
      <w:tr w:rsidR="005E7336" w:rsidRPr="00EC0E6F" w14:paraId="64439D05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FEF4B" w14:textId="5F8E8714" w:rsidR="005E733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Dátum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BD915" w14:textId="0FD9CDD5" w:rsidR="005E7336" w:rsidRPr="00EC0E6F" w:rsidRDefault="00937FB6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Miesto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narodenia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0340C433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BB0F9" w14:textId="4D85E0D6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Štátn</w:t>
            </w:r>
            <w:r w:rsidR="00EC0E6F">
              <w:rPr>
                <w:rFonts w:ascii="Calibri" w:eastAsia="Calibri" w:hAnsi="Calibri"/>
                <w:color w:val="000000"/>
                <w:lang w:val="sk-SK"/>
              </w:rPr>
              <w:t>e občianstvo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  <w:r w:rsidR="007F08AF"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 xml:space="preserve"> 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0F701" w14:textId="4A00571F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ČOP</w:t>
            </w:r>
            <w:r w:rsidRPr="00EC0E6F">
              <w:rPr>
                <w:rFonts w:ascii="Calibri" w:eastAsia="Calibri" w:hAnsi="Calibri"/>
                <w:color w:val="000000"/>
                <w:w w:val="98"/>
                <w:lang w:val="sk-SK"/>
              </w:rPr>
              <w:t>:</w:t>
            </w:r>
          </w:p>
        </w:tc>
      </w:tr>
      <w:tr w:rsidR="005E7336" w:rsidRPr="00EC0E6F" w14:paraId="087A3539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0C1E7BA6" w14:textId="368811EB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Trvalé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bydlisko</w:t>
            </w:r>
          </w:p>
        </w:tc>
      </w:tr>
      <w:tr w:rsidR="005E7336" w:rsidRPr="00EC0E6F" w14:paraId="1AA014CF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587BBC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8FC5B3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624231D1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4B063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395A18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1E5713D5" w14:textId="77777777" w:rsidTr="00E83DDB">
        <w:trPr>
          <w:trHeight w:val="340"/>
        </w:trPr>
        <w:tc>
          <w:tcPr>
            <w:tcW w:w="5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81E49" w14:textId="28D828FB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Telefón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/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mobil</w:t>
            </w:r>
            <w:r w:rsidR="006A1A41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>*</w:t>
            </w:r>
            <w:r w:rsidR="005B2885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>*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: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E98C1" w14:textId="0E1C5F3D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E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-mail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66FBDD86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0DA0A58D" w14:textId="780365E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Korešpondenčná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adresa</w:t>
            </w:r>
            <w:r w:rsidRPr="00EC0E6F">
              <w:rPr>
                <w:rFonts w:ascii="Times New Roman" w:eastAsia="Times New Roman" w:hAnsi="Times New Roman"/>
                <w:color w:val="000000"/>
                <w:spacing w:val="10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(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v</w:t>
            </w:r>
            <w:r w:rsidRPr="00EC0E6F">
              <w:rPr>
                <w:rFonts w:ascii="Times New Roman" w:eastAsia="Times New Roman" w:hAnsi="Times New Roman"/>
                <w:color w:val="000000"/>
                <w:spacing w:val="-2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prípade</w:t>
            </w:r>
            <w:r w:rsidRPr="00EC0E6F">
              <w:rPr>
                <w:rFonts w:ascii="Calibri" w:eastAsia="Calibri" w:hAnsi="Calibri"/>
                <w:color w:val="000000"/>
                <w:w w:val="102"/>
                <w:sz w:val="16"/>
                <w:lang w:val="sk-SK"/>
              </w:rPr>
              <w:t>,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ak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je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iná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ako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adresa</w:t>
            </w:r>
            <w:r w:rsidRPr="00EC0E6F">
              <w:rPr>
                <w:rFonts w:ascii="Times New Roman" w:eastAsia="Times New Roman" w:hAnsi="Times New Roman"/>
                <w:color w:val="000000"/>
                <w:spacing w:val="-2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trvalého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bydliska</w:t>
            </w:r>
            <w:r w:rsidRPr="00EC0E6F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>)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 xml:space="preserve">. </w:t>
            </w:r>
            <w:r w:rsidR="00442120" w:rsidRPr="00442120">
              <w:rPr>
                <w:rFonts w:ascii="Calibri" w:eastAsia="Calibri" w:hAnsi="Calibri"/>
                <w:color w:val="000000"/>
                <w:spacing w:val="4"/>
                <w:lang w:val="sk-SK"/>
              </w:rPr>
              <w:t>U cudzinca miesto pobytu v Slovenskej republike</w:t>
            </w:r>
            <w:r w:rsidR="00442120">
              <w:rPr>
                <w:rFonts w:ascii="Calibri" w:eastAsia="Calibri" w:hAnsi="Calibri"/>
                <w:color w:val="000000"/>
                <w:spacing w:val="4"/>
                <w:sz w:val="16"/>
                <w:lang w:val="sk-SK"/>
              </w:rPr>
              <w:t>.</w:t>
            </w:r>
          </w:p>
        </w:tc>
      </w:tr>
      <w:tr w:rsidR="005E7336" w:rsidRPr="00EC0E6F" w14:paraId="7AE09093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6E4C92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Mesto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7C76A7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PSČ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:</w:t>
            </w:r>
          </w:p>
        </w:tc>
      </w:tr>
      <w:tr w:rsidR="005E7336" w:rsidRPr="00EC0E6F" w14:paraId="08D357B8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17422E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Ulica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  <w:tc>
          <w:tcPr>
            <w:tcW w:w="5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528C0B" w14:textId="3B1C51A4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popisné:</w:t>
            </w:r>
          </w:p>
        </w:tc>
      </w:tr>
      <w:tr w:rsidR="005E7336" w:rsidRPr="00EC0E6F" w14:paraId="68071D1D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2609FBA1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Číslo</w:t>
            </w:r>
            <w:r w:rsidRPr="00EC0E6F">
              <w:rPr>
                <w:rFonts w:ascii="Times New Roman" w:eastAsia="Times New Roman" w:hAnsi="Times New Roman"/>
                <w:b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účtu</w:t>
            </w:r>
          </w:p>
        </w:tc>
      </w:tr>
      <w:tr w:rsidR="00EC0E6F" w:rsidRPr="00EC0E6F" w14:paraId="5D3F9957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9AE19D" w14:textId="77777777" w:rsidR="00EC0E6F" w:rsidRPr="00EC0E6F" w:rsidRDefault="00EC0E6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IBAN</w:t>
            </w:r>
            <w:r w:rsidRPr="00EC0E6F">
              <w:rPr>
                <w:rFonts w:ascii="Calibri" w:eastAsia="Calibri" w:hAnsi="Calibri"/>
                <w:color w:val="000000"/>
                <w:spacing w:val="2"/>
                <w:lang w:val="sk-SK"/>
              </w:rPr>
              <w:t>:</w:t>
            </w:r>
          </w:p>
          <w:p w14:paraId="0FCD97A7" w14:textId="576422E0" w:rsidR="00EC0E6F" w:rsidRPr="00EC0E6F" w:rsidRDefault="00EC0E6F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SWIFT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5E7336" w:rsidRPr="00EC0E6F" w14:paraId="1CDF21CE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A76DE" w14:textId="0BC02764" w:rsidR="005E7336" w:rsidRPr="00EC0E6F" w:rsidRDefault="007D7AC8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Názov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banky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:</w:t>
            </w:r>
          </w:p>
        </w:tc>
      </w:tr>
      <w:tr w:rsidR="00442120" w:rsidRPr="00EC0E6F" w14:paraId="19648A98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5AAF7D3E" w14:textId="03DCABF2" w:rsidR="00442120" w:rsidRPr="00EC0E6F" w:rsidRDefault="006F08C2" w:rsidP="00442120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 w:rsidRPr="006F08C2">
              <w:rPr>
                <w:rFonts w:ascii="Calibri" w:eastAsia="Calibri" w:hAnsi="Calibri"/>
                <w:b/>
                <w:bCs/>
                <w:color w:val="000000"/>
                <w:lang w:val="sk-SK"/>
              </w:rPr>
              <w:t>Kontakt na tretiu osobu</w:t>
            </w:r>
          </w:p>
        </w:tc>
      </w:tr>
      <w:tr w:rsidR="00442120" w:rsidRPr="00EC0E6F" w14:paraId="5A8178ED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A985DE" w14:textId="7D74E78C" w:rsidR="00442120" w:rsidRPr="00EC0E6F" w:rsidRDefault="006F08C2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Meno a priezvisko:</w:t>
            </w:r>
          </w:p>
        </w:tc>
      </w:tr>
      <w:tr w:rsidR="00442120" w:rsidRPr="00EC0E6F" w14:paraId="0D461ED7" w14:textId="77777777" w:rsidTr="00E83DDB">
        <w:trPr>
          <w:trHeight w:val="340"/>
        </w:trPr>
        <w:tc>
          <w:tcPr>
            <w:tcW w:w="10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BBDE25" w14:textId="07A8FE47" w:rsidR="00442120" w:rsidRPr="00EC0E6F" w:rsidRDefault="006A1A41">
            <w:pPr>
              <w:wordWrap w:val="0"/>
              <w:autoSpaceDE w:val="0"/>
              <w:autoSpaceDN w:val="0"/>
              <w:spacing w:before="79" w:after="0" w:line="221" w:lineRule="exact"/>
              <w:ind w:left="103"/>
              <w:rPr>
                <w:rFonts w:ascii="Calibri" w:eastAsia="Calibri" w:hAnsi="Calibri"/>
                <w:color w:val="000000"/>
                <w:lang w:val="sk-SK"/>
              </w:rPr>
            </w:pPr>
            <w:r>
              <w:rPr>
                <w:rFonts w:ascii="Calibri" w:eastAsia="Calibri" w:hAnsi="Calibri"/>
                <w:color w:val="000000"/>
                <w:lang w:val="sk-SK"/>
              </w:rPr>
              <w:t>Mobil*</w:t>
            </w:r>
            <w:r w:rsidR="005B2885">
              <w:rPr>
                <w:rFonts w:ascii="Calibri" w:eastAsia="Calibri" w:hAnsi="Calibri"/>
                <w:color w:val="000000"/>
                <w:lang w:val="sk-SK"/>
              </w:rPr>
              <w:t>*</w:t>
            </w:r>
            <w:r>
              <w:rPr>
                <w:rFonts w:ascii="Calibri" w:eastAsia="Calibri" w:hAnsi="Calibri"/>
                <w:color w:val="000000"/>
                <w:lang w:val="sk-SK"/>
              </w:rPr>
              <w:t>/e-mail:</w:t>
            </w:r>
          </w:p>
        </w:tc>
      </w:tr>
    </w:tbl>
    <w:p w14:paraId="372098C1" w14:textId="0A70AA9B" w:rsidR="005E7336" w:rsidRPr="00EC0E6F" w:rsidRDefault="007D7AC8" w:rsidP="006F2501">
      <w:pPr>
        <w:wordWrap w:val="0"/>
        <w:autoSpaceDE w:val="0"/>
        <w:autoSpaceDN w:val="0"/>
        <w:spacing w:before="160" w:after="23" w:line="199" w:lineRule="exact"/>
        <w:ind w:left="186" w:right="23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Vyhlasujem</w:t>
      </w:r>
      <w:r w:rsidRPr="00EC0E6F">
        <w:rPr>
          <w:rFonts w:ascii="Calibri" w:eastAsia="Calibri" w:hAnsi="Calibri"/>
          <w:b/>
          <w:color w:val="000000"/>
          <w:spacing w:val="-1"/>
          <w:sz w:val="20"/>
          <w:lang w:val="sk-SK"/>
        </w:rPr>
        <w:t>,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všetky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mnou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uvedené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pravdivé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4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že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som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nezamlčal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>/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a</w:t>
      </w:r>
      <w:r w:rsidR="00442120">
        <w:rPr>
          <w:rFonts w:ascii="Calibri" w:eastAsia="Calibri" w:hAnsi="Calibri"/>
          <w:b/>
          <w:color w:val="000000"/>
          <w:sz w:val="20"/>
          <w:lang w:val="sk-SK"/>
        </w:rPr>
        <w:t xml:space="preserve"> 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závažné</w:t>
      </w:r>
      <w:r w:rsidRPr="00EC0E6F">
        <w:rPr>
          <w:rFonts w:ascii="Times New Roman" w:eastAsia="Times New Roman" w:hAnsi="Times New Roman"/>
          <w:b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skutočnosti</w:t>
      </w:r>
      <w:r w:rsidRPr="00EC0E6F">
        <w:rPr>
          <w:rFonts w:ascii="Calibri" w:eastAsia="Calibri" w:hAnsi="Calibri"/>
          <w:b/>
          <w:color w:val="000000"/>
          <w:spacing w:val="3"/>
          <w:sz w:val="20"/>
          <w:lang w:val="sk-SK"/>
        </w:rPr>
        <w:t>.</w:t>
      </w:r>
    </w:p>
    <w:p w14:paraId="584601C9" w14:textId="55873BC6" w:rsidR="005E7336" w:rsidRPr="00EC0E6F" w:rsidRDefault="007D7AC8" w:rsidP="006F2501">
      <w:pPr>
        <w:wordWrap w:val="0"/>
        <w:autoSpaceDE w:val="0"/>
        <w:autoSpaceDN w:val="0"/>
        <w:spacing w:before="120" w:after="0" w:line="240" w:lineRule="auto"/>
        <w:ind w:left="187" w:right="234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Osobné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rozsahu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Zápisného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listu</w:t>
      </w:r>
      <w:r w:rsidRPr="00EC0E6F">
        <w:rPr>
          <w:rFonts w:ascii="Times New Roman" w:eastAsia="Times New Roman" w:hAnsi="Times New Roman"/>
          <w:color w:val="000000"/>
          <w:spacing w:val="3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spracúvané</w:t>
      </w:r>
      <w:r w:rsidRPr="00EC0E6F">
        <w:rPr>
          <w:rFonts w:ascii="Times New Roman" w:eastAsia="Times New Roman" w:hAnsi="Times New Roman"/>
          <w:color w:val="000000"/>
          <w:spacing w:val="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zmysle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zákona</w:t>
      </w:r>
      <w:r w:rsidRPr="00EC0E6F">
        <w:rPr>
          <w:rFonts w:ascii="Times New Roman" w:eastAsia="Times New Roman" w:hAnsi="Times New Roman"/>
          <w:color w:val="000000"/>
          <w:spacing w:val="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č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.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131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/</w:t>
      </w:r>
      <w:r w:rsidRPr="00EC0E6F">
        <w:rPr>
          <w:rFonts w:ascii="Calibri" w:eastAsia="Calibri" w:hAnsi="Calibri"/>
          <w:color w:val="000000"/>
          <w:sz w:val="20"/>
          <w:lang w:val="sk-SK"/>
        </w:rPr>
        <w:t>2002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vysokých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školách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zmene</w:t>
      </w:r>
      <w:r w:rsidRPr="00EC0E6F">
        <w:rPr>
          <w:rFonts w:ascii="Times New Roman" w:eastAsia="Times New Roman" w:hAnsi="Times New Roman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a</w:t>
      </w:r>
      <w:r w:rsidR="006F2501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> </w:t>
      </w:r>
      <w:r w:rsidRPr="00EC0E6F">
        <w:rPr>
          <w:rFonts w:ascii="Calibri" w:eastAsia="Calibri" w:hAnsi="Calibri"/>
          <w:color w:val="000000"/>
          <w:sz w:val="20"/>
          <w:lang w:val="sk-SK"/>
        </w:rPr>
        <w:t>doplnení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niektorých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zákonov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za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evidencie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priebehu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štúdia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Univerzitnom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informačnom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systéme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,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pre</w:t>
      </w:r>
      <w:r w:rsidRPr="00EC0E6F">
        <w:rPr>
          <w:rFonts w:ascii="Times New Roman" w:eastAsia="Times New Roman" w:hAnsi="Times New Roman"/>
          <w:color w:val="000000"/>
          <w:spacing w:val="1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účely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vedenia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registra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študentov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proofErr w:type="spellStart"/>
      <w:r w:rsidRPr="00EC0E6F">
        <w:rPr>
          <w:rFonts w:ascii="Calibri" w:eastAsia="Calibri" w:hAnsi="Calibri"/>
          <w:color w:val="000000"/>
          <w:sz w:val="20"/>
          <w:lang w:val="sk-SK"/>
        </w:rPr>
        <w:t>MŠVVa</w:t>
      </w:r>
      <w:r w:rsidR="00442120">
        <w:rPr>
          <w:rFonts w:ascii="Calibri" w:eastAsia="Calibri" w:hAnsi="Calibri"/>
          <w:color w:val="000000"/>
          <w:sz w:val="20"/>
          <w:lang w:val="sk-SK"/>
        </w:rPr>
        <w:t>M</w:t>
      </w:r>
      <w:proofErr w:type="spellEnd"/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SR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spracúvania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interných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informačných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systémoch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.</w:t>
      </w:r>
    </w:p>
    <w:p w14:paraId="3CCB549D" w14:textId="1B99958B" w:rsidR="005E7336" w:rsidRDefault="007D7AC8" w:rsidP="006F2501">
      <w:pPr>
        <w:wordWrap w:val="0"/>
        <w:autoSpaceDE w:val="0"/>
        <w:autoSpaceDN w:val="0"/>
        <w:spacing w:before="120" w:after="0" w:line="240" w:lineRule="auto"/>
        <w:ind w:left="187" w:right="234"/>
        <w:rPr>
          <w:rFonts w:ascii="Calibri" w:eastAsia="Calibri" w:hAnsi="Calibri"/>
          <w:color w:val="000000"/>
          <w:spacing w:val="3"/>
          <w:sz w:val="20"/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ČOP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informácia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čísle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účtu</w:t>
      </w:r>
      <w:r w:rsidRPr="00EC0E6F">
        <w:rPr>
          <w:rFonts w:ascii="Times New Roman" w:eastAsia="Times New Roman" w:hAnsi="Times New Roman"/>
          <w:color w:val="000000"/>
          <w:spacing w:val="26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(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je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účely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poskytovania</w:t>
      </w:r>
      <w:r w:rsidRPr="00EC0E6F">
        <w:rPr>
          <w:rFonts w:ascii="Times New Roman" w:eastAsia="Times New Roman" w:hAnsi="Times New Roman"/>
          <w:color w:val="000000"/>
          <w:spacing w:val="2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všetkých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druhov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štipendií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)</w:t>
      </w:r>
      <w:r w:rsidRPr="00EC0E6F">
        <w:rPr>
          <w:rFonts w:ascii="Times New Roman" w:eastAsia="Times New Roman" w:hAnsi="Times New Roman"/>
          <w:color w:val="000000"/>
          <w:spacing w:val="2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spracúvané</w:t>
      </w:r>
      <w:r w:rsidRPr="00EC0E6F">
        <w:rPr>
          <w:rFonts w:ascii="Times New Roman" w:eastAsia="Times New Roman" w:hAnsi="Times New Roman"/>
          <w:color w:val="000000"/>
          <w:spacing w:val="26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ako</w:t>
      </w:r>
      <w:r w:rsidRPr="00EC0E6F">
        <w:rPr>
          <w:rFonts w:ascii="Times New Roman" w:eastAsia="Times New Roman" w:hAnsi="Times New Roman"/>
          <w:color w:val="000000"/>
          <w:spacing w:val="2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oprávnené</w:t>
      </w:r>
      <w:r w:rsidRPr="00EC0E6F">
        <w:rPr>
          <w:rFonts w:ascii="Times New Roman" w:eastAsia="Times New Roman" w:hAnsi="Times New Roman"/>
          <w:color w:val="000000"/>
          <w:spacing w:val="2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záujmy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zmysle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Nariadenia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proofErr w:type="spellStart"/>
      <w:r w:rsidRPr="00EC0E6F">
        <w:rPr>
          <w:rFonts w:ascii="Calibri" w:eastAsia="Calibri" w:hAnsi="Calibri"/>
          <w:color w:val="000000"/>
          <w:sz w:val="20"/>
          <w:lang w:val="sk-SK"/>
        </w:rPr>
        <w:t>EPaR</w:t>
      </w:r>
      <w:proofErr w:type="spellEnd"/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EÚ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2016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>/</w:t>
      </w:r>
      <w:r w:rsidRPr="00EC0E6F">
        <w:rPr>
          <w:rFonts w:ascii="Calibri" w:eastAsia="Calibri" w:hAnsi="Calibri"/>
          <w:color w:val="000000"/>
          <w:sz w:val="20"/>
          <w:lang w:val="sk-SK"/>
        </w:rPr>
        <w:t>679</w:t>
      </w:r>
      <w:r w:rsidRPr="00EC0E6F">
        <w:rPr>
          <w:rFonts w:ascii="Times New Roman" w:eastAsia="Times New Roman" w:hAnsi="Times New Roman"/>
          <w:color w:val="000000"/>
          <w:spacing w:val="28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ochrane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fyzických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osôb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pri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spracúvaní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osobných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3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</w:t>
      </w:r>
      <w:r w:rsidR="006F2501">
        <w:rPr>
          <w:rFonts w:ascii="Times New Roman" w:eastAsia="Times New Roman" w:hAnsi="Times New Roman"/>
          <w:color w:val="000000"/>
          <w:spacing w:val="29"/>
          <w:sz w:val="20"/>
          <w:lang w:val="sk-SK"/>
        </w:rPr>
        <w:t> </w:t>
      </w:r>
      <w:r w:rsidRPr="00EC0E6F">
        <w:rPr>
          <w:rFonts w:ascii="Calibri" w:eastAsia="Calibri" w:hAnsi="Calibri"/>
          <w:color w:val="000000"/>
          <w:sz w:val="20"/>
          <w:lang w:val="sk-SK"/>
        </w:rPr>
        <w:t>voľnom</w:t>
      </w:r>
      <w:r w:rsidR="006F2501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pohybe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takýchto</w:t>
      </w:r>
      <w:r w:rsidRPr="00EC0E6F">
        <w:rPr>
          <w:rFonts w:ascii="Times New Roman" w:eastAsia="Times New Roman" w:hAnsi="Times New Roman"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údajov</w:t>
      </w:r>
      <w:r w:rsidR="005B2885">
        <w:rPr>
          <w:rFonts w:ascii="Calibri" w:eastAsia="Calibri" w:hAnsi="Calibri"/>
          <w:color w:val="000000"/>
          <w:sz w:val="20"/>
          <w:lang w:val="sk-SK"/>
        </w:rPr>
        <w:t xml:space="preserve"> (ďalej len „Nariadenie“) čl.6 bod 1f)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.</w:t>
      </w:r>
    </w:p>
    <w:p w14:paraId="3AB9407B" w14:textId="44200BFC" w:rsidR="005B2885" w:rsidRPr="00EC0E6F" w:rsidRDefault="005B2885" w:rsidP="00B11846">
      <w:pPr>
        <w:suppressAutoHyphens/>
        <w:wordWrap w:val="0"/>
        <w:autoSpaceDE w:val="0"/>
        <w:autoSpaceDN w:val="0"/>
        <w:spacing w:before="120" w:after="240" w:line="240" w:lineRule="auto"/>
        <w:ind w:left="187" w:right="234"/>
        <w:rPr>
          <w:lang w:val="sk-SK"/>
        </w:rPr>
      </w:pPr>
      <w:r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Krízový kontakt na tretiu osobu (je </w:t>
      </w:r>
      <w:r w:rsidR="00B11846"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dobrovoľný údaj, </w:t>
      </w:r>
      <w:r>
        <w:rPr>
          <w:rFonts w:ascii="Calibri" w:eastAsia="Calibri" w:hAnsi="Calibri"/>
          <w:color w:val="000000"/>
          <w:spacing w:val="3"/>
          <w:sz w:val="20"/>
          <w:lang w:val="sk-SK"/>
        </w:rPr>
        <w:t>na účel ochrany životne dôležitých záujmov študenta) je spracúvaný v zmysle Nariade</w:t>
      </w:r>
      <w:r w:rsidR="006F2501">
        <w:rPr>
          <w:rFonts w:ascii="Calibri" w:eastAsia="Calibri" w:hAnsi="Calibri"/>
          <w:color w:val="000000"/>
          <w:spacing w:val="3"/>
          <w:sz w:val="20"/>
          <w:lang w:val="sk-SK"/>
        </w:rPr>
        <w:t>nia</w:t>
      </w:r>
      <w:r>
        <w:rPr>
          <w:rFonts w:ascii="Calibri" w:eastAsia="Calibri" w:hAnsi="Calibri"/>
          <w:color w:val="000000"/>
          <w:spacing w:val="3"/>
          <w:sz w:val="20"/>
          <w:lang w:val="sk-SK"/>
        </w:rPr>
        <w:t xml:space="preserve"> čl.6 bod 1d)</w:t>
      </w:r>
      <w:r w:rsidR="00E83DDB">
        <w:rPr>
          <w:rFonts w:ascii="Calibri" w:eastAsia="Calibri" w:hAnsi="Calibri"/>
          <w:color w:val="000000"/>
          <w:spacing w:val="3"/>
          <w:sz w:val="20"/>
          <w:lang w:val="sk-SK"/>
        </w:rPr>
        <w:t>, použitý len v čase núdze a ohrozenia životne dôležitých funkcií.</w:t>
      </w:r>
    </w:p>
    <w:tbl>
      <w:tblPr>
        <w:tblW w:w="0" w:type="auto"/>
        <w:tblInd w:w="54" w:type="dxa"/>
        <w:tblLayout w:type="fixed"/>
        <w:tblLook w:val="04A0" w:firstRow="1" w:lastRow="0" w:firstColumn="1" w:lastColumn="0" w:noHBand="0" w:noVBand="1"/>
      </w:tblPr>
      <w:tblGrid>
        <w:gridCol w:w="5103"/>
        <w:gridCol w:w="5531"/>
      </w:tblGrid>
      <w:tr w:rsidR="005E7336" w:rsidRPr="00EC0E6F" w14:paraId="4C3575B3" w14:textId="77777777" w:rsidTr="00E83DDB">
        <w:trPr>
          <w:trHeight w:val="340"/>
        </w:trPr>
        <w:tc>
          <w:tcPr>
            <w:tcW w:w="10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14:paraId="62009A89" w14:textId="444D421A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b/>
                <w:color w:val="000000"/>
                <w:lang w:val="sk-SK"/>
              </w:rPr>
              <w:t>Rôzne</w:t>
            </w:r>
            <w:r w:rsidRPr="00EC0E6F">
              <w:rPr>
                <w:rFonts w:ascii="Times New Roman" w:eastAsia="Times New Roman" w:hAnsi="Times New Roman"/>
                <w:color w:val="000000"/>
                <w:spacing w:val="11"/>
                <w:sz w:val="1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sz w:val="16"/>
                <w:lang w:val="sk-SK"/>
              </w:rPr>
              <w:t>(</w:t>
            </w:r>
            <w:r w:rsidRPr="00EC0E6F">
              <w:rPr>
                <w:rFonts w:ascii="Calibri" w:eastAsia="Calibri" w:hAnsi="Calibri"/>
                <w:color w:val="000000"/>
                <w:sz w:val="16"/>
                <w:lang w:val="sk-SK"/>
              </w:rPr>
              <w:t>dobrovoľné</w:t>
            </w:r>
            <w:r w:rsidRPr="00EC0E6F">
              <w:rPr>
                <w:rFonts w:ascii="Calibri" w:eastAsia="Calibri" w:hAnsi="Calibri"/>
                <w:color w:val="000000"/>
                <w:spacing w:val="2"/>
                <w:sz w:val="16"/>
                <w:lang w:val="sk-SK"/>
              </w:rPr>
              <w:t>)</w:t>
            </w:r>
          </w:p>
        </w:tc>
      </w:tr>
      <w:tr w:rsidR="005E7336" w:rsidRPr="00EC0E6F" w14:paraId="76F7929B" w14:textId="77777777" w:rsidTr="00E83DDB">
        <w:trPr>
          <w:trHeight w:val="340"/>
        </w:trPr>
        <w:tc>
          <w:tcPr>
            <w:tcW w:w="10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F13E80" w14:textId="0D72DE26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Venujete</w:t>
            </w:r>
            <w:r w:rsidRPr="00EC0E6F">
              <w:rPr>
                <w:rFonts w:ascii="Times New Roman" w:eastAsia="Times New Roman" w:hAnsi="Times New Roman"/>
                <w:color w:val="000000"/>
                <w:spacing w:val="-7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sa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aktívne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nejakému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športu</w:t>
            </w:r>
            <w:r w:rsidRPr="00EC0E6F">
              <w:rPr>
                <w:rFonts w:ascii="Times New Roman" w:eastAsia="Times New Roman" w:hAnsi="Times New Roman"/>
                <w:color w:val="000000"/>
                <w:spacing w:val="9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-</w:t>
            </w:r>
            <w:r w:rsidRPr="00EC0E6F">
              <w:rPr>
                <w:rFonts w:ascii="Times New Roman" w:eastAsia="Times New Roman" w:hAnsi="Times New Roman"/>
                <w:color w:val="000000"/>
                <w:spacing w:val="46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áno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101"/>
                <w:lang w:val="sk-SK"/>
              </w:rPr>
              <w:t>–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w w:val="99"/>
                <w:lang w:val="sk-SK"/>
              </w:rPr>
              <w:t>nie</w:t>
            </w:r>
            <w:r w:rsidRPr="00EC0E6F">
              <w:rPr>
                <w:rFonts w:ascii="Times New Roman" w:eastAsia="Times New Roman" w:hAnsi="Times New Roman"/>
                <w:color w:val="000000"/>
                <w:spacing w:val="-4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spacing w:val="-1"/>
                <w:lang w:val="sk-SK"/>
              </w:rPr>
              <w:t>*</w:t>
            </w:r>
          </w:p>
        </w:tc>
      </w:tr>
      <w:tr w:rsidR="005E7336" w:rsidRPr="00EC0E6F" w14:paraId="31ECB6BB" w14:textId="77777777" w:rsidTr="00E83DDB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049E9" w14:textId="77777777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3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Ak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áno</w:t>
            </w:r>
            <w:r w:rsidRPr="00EC0E6F">
              <w:rPr>
                <w:rFonts w:ascii="Calibri" w:eastAsia="Calibri" w:hAnsi="Calibri"/>
                <w:color w:val="000000"/>
                <w:spacing w:val="-2"/>
                <w:lang w:val="sk-SK"/>
              </w:rPr>
              <w:t>,</w:t>
            </w:r>
            <w:r w:rsidRPr="00EC0E6F">
              <w:rPr>
                <w:rFonts w:ascii="Times New Roman" w:eastAsia="Times New Roman" w:hAnsi="Times New Roman"/>
                <w:color w:val="000000"/>
                <w:spacing w:val="-5"/>
                <w:lang w:val="sk-SK"/>
              </w:rPr>
              <w:t xml:space="preserve"> 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ktorému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E01E06" w14:textId="3B507C44" w:rsidR="005E7336" w:rsidRPr="00EC0E6F" w:rsidRDefault="007D7AC8">
            <w:pPr>
              <w:wordWrap w:val="0"/>
              <w:autoSpaceDE w:val="0"/>
              <w:autoSpaceDN w:val="0"/>
              <w:spacing w:before="77" w:after="0" w:line="221" w:lineRule="exact"/>
              <w:ind w:left="106"/>
              <w:rPr>
                <w:lang w:val="sk-SK"/>
              </w:rPr>
            </w:pPr>
            <w:r w:rsidRPr="00EC0E6F">
              <w:rPr>
                <w:rFonts w:ascii="Calibri" w:eastAsia="Calibri" w:hAnsi="Calibri"/>
                <w:color w:val="000000"/>
                <w:lang w:val="sk-SK"/>
              </w:rPr>
              <w:t>Klub</w:t>
            </w:r>
            <w:r w:rsidRPr="00EC0E6F">
              <w:rPr>
                <w:rFonts w:ascii="Calibri" w:eastAsia="Calibri" w:hAnsi="Calibri"/>
                <w:color w:val="000000"/>
                <w:spacing w:val="1"/>
                <w:lang w:val="sk-SK"/>
              </w:rPr>
              <w:t>/</w:t>
            </w:r>
            <w:r w:rsidRPr="00EC0E6F">
              <w:rPr>
                <w:rFonts w:ascii="Calibri" w:eastAsia="Calibri" w:hAnsi="Calibri"/>
                <w:color w:val="000000"/>
                <w:lang w:val="sk-SK"/>
              </w:rPr>
              <w:t>úroveň</w:t>
            </w:r>
          </w:p>
        </w:tc>
      </w:tr>
    </w:tbl>
    <w:p w14:paraId="454B9529" w14:textId="0D29EA02" w:rsidR="005E7336" w:rsidRPr="00EC0E6F" w:rsidRDefault="007D7AC8" w:rsidP="00E83DDB">
      <w:pPr>
        <w:wordWrap w:val="0"/>
        <w:autoSpaceDE w:val="0"/>
        <w:autoSpaceDN w:val="0"/>
        <w:spacing w:before="120" w:after="0" w:line="240" w:lineRule="auto"/>
        <w:ind w:left="187" w:right="234"/>
        <w:rPr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Vyplnením</w:t>
      </w:r>
      <w:r w:rsidRPr="00EC0E6F">
        <w:rPr>
          <w:rFonts w:ascii="Times New Roman" w:eastAsia="Times New Roman" w:hAnsi="Times New Roman"/>
          <w:b/>
          <w:color w:val="000000"/>
          <w:spacing w:val="21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údajov</w:t>
      </w:r>
      <w:r w:rsidRPr="00EC0E6F">
        <w:rPr>
          <w:rFonts w:ascii="Times New Roman" w:eastAsia="Times New Roman" w:hAnsi="Times New Roman"/>
          <w:b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časti</w:t>
      </w:r>
      <w:r w:rsidRPr="00EC0E6F">
        <w:rPr>
          <w:rFonts w:ascii="Times New Roman" w:eastAsia="Times New Roman" w:hAnsi="Times New Roman"/>
          <w:b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w w:val="101"/>
          <w:sz w:val="20"/>
          <w:lang w:val="sk-SK"/>
        </w:rPr>
        <w:t>Rôzne</w:t>
      </w:r>
      <w:r w:rsidRPr="00EC0E6F">
        <w:rPr>
          <w:rFonts w:ascii="Times New Roman" w:eastAsia="Times New Roman" w:hAnsi="Times New Roman"/>
          <w:b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súhlasím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-1"/>
          <w:sz w:val="20"/>
          <w:lang w:val="sk-SK"/>
        </w:rPr>
        <w:t>s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ich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spracúvaním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za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účelom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možného</w:t>
      </w:r>
      <w:r w:rsidRPr="00EC0E6F">
        <w:rPr>
          <w:rFonts w:ascii="Times New Roman" w:eastAsia="Times New Roman" w:hAnsi="Times New Roman"/>
          <w:color w:val="000000"/>
          <w:spacing w:val="2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využitia</w:t>
      </w:r>
      <w:r w:rsidRPr="00EC0E6F">
        <w:rPr>
          <w:rFonts w:ascii="Times New Roman" w:eastAsia="Times New Roman" w:hAnsi="Times New Roman"/>
          <w:color w:val="000000"/>
          <w:spacing w:val="2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rámci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športových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aktivít</w:t>
      </w:r>
      <w:r w:rsidRPr="00EC0E6F">
        <w:rPr>
          <w:rFonts w:ascii="Times New Roman" w:eastAsia="Times New Roman" w:hAnsi="Times New Roman"/>
          <w:color w:val="000000"/>
          <w:spacing w:val="19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alebo</w:t>
      </w:r>
      <w:r w:rsidR="00E83DDB">
        <w:rPr>
          <w:rFonts w:ascii="Calibri" w:eastAsia="Calibri" w:hAnsi="Calibri"/>
          <w:color w:val="000000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súťaží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alebo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1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mene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.</w:t>
      </w:r>
    </w:p>
    <w:p w14:paraId="7FA612B1" w14:textId="77777777" w:rsidR="005E7336" w:rsidRPr="00EC0E6F" w:rsidRDefault="007D7AC8">
      <w:pPr>
        <w:wordWrap w:val="0"/>
        <w:autoSpaceDE w:val="0"/>
        <w:autoSpaceDN w:val="0"/>
        <w:spacing w:before="166" w:after="21" w:line="199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Všetky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osobné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údaje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budú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archivované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4"/>
          <w:sz w:val="20"/>
          <w:lang w:val="sk-SK"/>
        </w:rPr>
        <w:t>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likvidované</w:t>
      </w:r>
      <w:r w:rsidRPr="00EC0E6F">
        <w:rPr>
          <w:rFonts w:ascii="Times New Roman" w:eastAsia="Times New Roman" w:hAnsi="Times New Roman"/>
          <w:color w:val="000000"/>
          <w:spacing w:val="1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súlade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Registratúrnym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poriadkom</w:t>
      </w:r>
      <w:r w:rsidRPr="00EC0E6F">
        <w:rPr>
          <w:rFonts w:ascii="Times New Roman" w:eastAsia="Times New Roman" w:hAnsi="Times New Roman"/>
          <w:color w:val="000000"/>
          <w:spacing w:val="1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univerzity.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Informácie</w:t>
      </w:r>
      <w:r w:rsidRPr="00EC0E6F">
        <w:rPr>
          <w:rFonts w:ascii="Times New Roman" w:eastAsia="Times New Roman" w:hAnsi="Times New Roman"/>
          <w:color w:val="000000"/>
          <w:spacing w:val="1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o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101"/>
          <w:sz w:val="20"/>
          <w:lang w:val="sk-SK"/>
        </w:rPr>
        <w:t>právach</w:t>
      </w:r>
    </w:p>
    <w:p w14:paraId="21281779" w14:textId="134C3870" w:rsidR="005E7336" w:rsidRPr="00EC0E6F" w:rsidRDefault="007D7AC8">
      <w:pPr>
        <w:wordWrap w:val="0"/>
        <w:autoSpaceDE w:val="0"/>
        <w:autoSpaceDN w:val="0"/>
        <w:spacing w:before="43" w:after="238" w:line="199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sz w:val="20"/>
          <w:lang w:val="sk-SK"/>
        </w:rPr>
        <w:t>dotknutej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osoby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sú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pacing w:val="3"/>
          <w:sz w:val="20"/>
          <w:lang w:val="sk-SK"/>
        </w:rPr>
        <w:t>k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dispozícii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na</w:t>
      </w:r>
      <w:r w:rsidRPr="00EC0E6F">
        <w:rPr>
          <w:rFonts w:ascii="Calibri" w:eastAsia="Calibri" w:hAnsi="Calibri"/>
          <w:color w:val="000000"/>
          <w:spacing w:val="2"/>
          <w:sz w:val="20"/>
          <w:lang w:val="sk-SK"/>
        </w:rPr>
        <w:t xml:space="preserve"> </w:t>
      </w:r>
      <w:hyperlink r:id="rId6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https</w:t>
        </w:r>
      </w:hyperlink>
      <w:hyperlink r:id="rId7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://</w:t>
        </w:r>
      </w:hyperlink>
      <w:hyperlink r:id="rId8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www</w:t>
        </w:r>
      </w:hyperlink>
      <w:hyperlink r:id="rId9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.</w:t>
        </w:r>
      </w:hyperlink>
      <w:hyperlink r:id="rId10" w:history="1">
        <w:r w:rsidRPr="00EC0E6F">
          <w:rPr>
            <w:rFonts w:ascii="Calibri" w:eastAsia="Calibri" w:hAnsi="Calibri"/>
            <w:color w:val="0000FF"/>
            <w:spacing w:val="1"/>
            <w:sz w:val="20"/>
            <w:u w:val="single"/>
            <w:lang w:val="sk-SK"/>
          </w:rPr>
          <w:t>tuzvo</w:t>
        </w:r>
      </w:hyperlink>
      <w:hyperlink r:id="rId11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.</w:t>
        </w:r>
      </w:hyperlink>
      <w:hyperlink r:id="rId12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sk</w:t>
        </w:r>
      </w:hyperlink>
      <w:hyperlink r:id="rId13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/</w:t>
        </w:r>
      </w:hyperlink>
      <w:hyperlink r:id="rId14" w:history="1">
        <w:r w:rsidRPr="00EC0E6F">
          <w:rPr>
            <w:rFonts w:ascii="Calibri" w:eastAsia="Calibri" w:hAnsi="Calibri"/>
            <w:color w:val="0000FF"/>
            <w:spacing w:val="1"/>
            <w:sz w:val="20"/>
            <w:u w:val="single"/>
            <w:lang w:val="sk-SK"/>
          </w:rPr>
          <w:t>sk</w:t>
        </w:r>
      </w:hyperlink>
      <w:hyperlink r:id="rId15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/</w:t>
        </w:r>
      </w:hyperlink>
      <w:hyperlink r:id="rId16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ochrana</w:t>
        </w:r>
      </w:hyperlink>
      <w:hyperlink r:id="rId17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-</w:t>
        </w:r>
      </w:hyperlink>
      <w:hyperlink r:id="rId18" w:history="1">
        <w:r w:rsidRPr="00EC0E6F">
          <w:rPr>
            <w:rFonts w:ascii="Calibri" w:eastAsia="Calibri" w:hAnsi="Calibri"/>
            <w:color w:val="0000FF"/>
            <w:spacing w:val="2"/>
            <w:sz w:val="20"/>
            <w:u w:val="single"/>
            <w:lang w:val="sk-SK"/>
          </w:rPr>
          <w:t>osobnych</w:t>
        </w:r>
      </w:hyperlink>
      <w:hyperlink r:id="rId19" w:history="1">
        <w:r w:rsidRPr="00EC0E6F">
          <w:rPr>
            <w:rFonts w:ascii="Calibri" w:eastAsia="Calibri" w:hAnsi="Calibri"/>
            <w:color w:val="0000FF"/>
            <w:spacing w:val="-1"/>
            <w:sz w:val="20"/>
            <w:u w:val="single"/>
            <w:lang w:val="sk-SK"/>
          </w:rPr>
          <w:t>-</w:t>
        </w:r>
      </w:hyperlink>
      <w:hyperlink r:id="rId20" w:history="1">
        <w:r w:rsidRPr="00EC0E6F">
          <w:rPr>
            <w:rFonts w:ascii="Calibri" w:eastAsia="Calibri" w:hAnsi="Calibri"/>
            <w:color w:val="0000FF"/>
            <w:sz w:val="20"/>
            <w:u w:val="single"/>
            <w:lang w:val="sk-SK"/>
          </w:rPr>
          <w:t>udajov</w:t>
        </w:r>
      </w:hyperlink>
      <w:r w:rsidRPr="00EC0E6F">
        <w:rPr>
          <w:rFonts w:ascii="Calibri" w:eastAsia="Calibri" w:hAnsi="Calibri"/>
          <w:color w:val="000000"/>
          <w:sz w:val="20"/>
          <w:lang w:val="sk-SK"/>
        </w:rPr>
        <w:t xml:space="preserve"> a</w:t>
      </w:r>
      <w:r w:rsidRPr="00EC0E6F">
        <w:rPr>
          <w:rFonts w:ascii="Times New Roman" w:eastAsia="Times New Roman" w:hAnsi="Times New Roman"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som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si</w:t>
      </w:r>
      <w:r w:rsidRPr="00EC0E6F">
        <w:rPr>
          <w:rFonts w:ascii="Times New Roman" w:eastAsia="Times New Roman" w:hAnsi="Times New Roman"/>
          <w:color w:val="000000"/>
          <w:spacing w:val="-2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w w:val="99"/>
          <w:sz w:val="20"/>
          <w:lang w:val="sk-SK"/>
        </w:rPr>
        <w:t>vedomý</w:t>
      </w:r>
      <w:r w:rsidR="006F2501">
        <w:rPr>
          <w:rFonts w:ascii="Calibri" w:eastAsia="Calibri" w:hAnsi="Calibri"/>
          <w:color w:val="000000"/>
          <w:w w:val="99"/>
          <w:sz w:val="20"/>
          <w:lang w:val="sk-SK"/>
        </w:rPr>
        <w:t>/á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týchto</w:t>
      </w:r>
      <w:r w:rsidRPr="00EC0E6F">
        <w:rPr>
          <w:rFonts w:ascii="Times New Roman" w:eastAsia="Times New Roman" w:hAnsi="Times New Roman"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sz w:val="20"/>
          <w:lang w:val="sk-SK"/>
        </w:rPr>
        <w:t>práv</w:t>
      </w:r>
      <w:r w:rsidRPr="00EC0E6F">
        <w:rPr>
          <w:rFonts w:ascii="Calibri" w:eastAsia="Calibri" w:hAnsi="Calibri"/>
          <w:color w:val="000000"/>
          <w:spacing w:val="5"/>
          <w:sz w:val="20"/>
          <w:lang w:val="sk-SK"/>
        </w:rPr>
        <w:t>.</w:t>
      </w:r>
    </w:p>
    <w:p w14:paraId="1A194A83" w14:textId="77777777" w:rsidR="005E7336" w:rsidRPr="00EC0E6F" w:rsidRDefault="007D7AC8">
      <w:pPr>
        <w:wordWrap w:val="0"/>
        <w:autoSpaceDE w:val="0"/>
        <w:autoSpaceDN w:val="0"/>
        <w:spacing w:before="476" w:after="103" w:line="221" w:lineRule="exact"/>
        <w:ind w:left="186"/>
        <w:rPr>
          <w:lang w:val="sk-SK"/>
        </w:rPr>
      </w:pPr>
      <w:r w:rsidRPr="00EC0E6F">
        <w:rPr>
          <w:rFonts w:ascii="Calibri" w:eastAsia="Calibri" w:hAnsi="Calibri"/>
          <w:color w:val="000000"/>
          <w:lang w:val="sk-SK"/>
        </w:rPr>
        <w:t>Dátum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</w:t>
      </w:r>
      <w:r w:rsidRPr="00EC0E6F">
        <w:rPr>
          <w:rFonts w:ascii="Times New Roman" w:eastAsia="Times New Roman" w:hAnsi="Times New Roman"/>
          <w:color w:val="000000"/>
          <w:spacing w:val="2797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Podpis</w:t>
      </w:r>
      <w:r w:rsidRPr="00EC0E6F">
        <w:rPr>
          <w:rFonts w:ascii="Calibri" w:eastAsia="Calibri" w:hAnsi="Calibri"/>
          <w:color w:val="000000"/>
          <w:w w:val="102"/>
          <w:lang w:val="sk-SK"/>
        </w:rPr>
        <w:t>:</w:t>
      </w:r>
      <w:r w:rsidRPr="00EC0E6F">
        <w:rPr>
          <w:rFonts w:ascii="Times New Roman" w:eastAsia="Times New Roman" w:hAnsi="Times New Roman"/>
          <w:color w:val="000000"/>
          <w:spacing w:val="-5"/>
          <w:lang w:val="sk-SK"/>
        </w:rPr>
        <w:t xml:space="preserve"> </w:t>
      </w:r>
      <w:r w:rsidRPr="00EC0E6F">
        <w:rPr>
          <w:rFonts w:ascii="Calibri" w:eastAsia="Calibri" w:hAnsi="Calibri"/>
          <w:color w:val="000000"/>
          <w:lang w:val="sk-SK"/>
        </w:rPr>
        <w:t>...............................................................</w:t>
      </w:r>
    </w:p>
    <w:p w14:paraId="574C36FD" w14:textId="77777777" w:rsidR="005E7336" w:rsidRDefault="007D7AC8">
      <w:pPr>
        <w:wordWrap w:val="0"/>
        <w:autoSpaceDE w:val="0"/>
        <w:autoSpaceDN w:val="0"/>
        <w:spacing w:before="206" w:after="41" w:line="199" w:lineRule="exact"/>
        <w:ind w:left="186"/>
        <w:rPr>
          <w:rFonts w:ascii="Calibri" w:eastAsia="Calibri" w:hAnsi="Calibri"/>
          <w:b/>
          <w:color w:val="000000"/>
          <w:spacing w:val="1"/>
          <w:sz w:val="20"/>
          <w:lang w:val="sk-SK"/>
        </w:rPr>
      </w:pPr>
      <w:r w:rsidRPr="00EC0E6F">
        <w:rPr>
          <w:rFonts w:ascii="Calibri" w:eastAsia="Calibri" w:hAnsi="Calibri"/>
          <w:b/>
          <w:color w:val="000000"/>
          <w:sz w:val="20"/>
          <w:lang w:val="sk-SK"/>
        </w:rPr>
        <w:t>Poznámka: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Každú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zmenu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2"/>
          <w:sz w:val="20"/>
          <w:lang w:val="sk-SK"/>
        </w:rPr>
        <w:t>v</w:t>
      </w:r>
      <w:r w:rsidRPr="00EC0E6F">
        <w:rPr>
          <w:rFonts w:ascii="Times New Roman" w:eastAsia="Times New Roman" w:hAnsi="Times New Roman"/>
          <w:b/>
          <w:color w:val="000000"/>
          <w:spacing w:val="-4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údajoch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je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študent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povinný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oznámiť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písomne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na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dekanáte</w:t>
      </w:r>
      <w:r w:rsidRPr="00EC0E6F">
        <w:rPr>
          <w:rFonts w:ascii="Times New Roman" w:eastAsia="Times New Roman" w:hAnsi="Times New Roman"/>
          <w:b/>
          <w:color w:val="000000"/>
          <w:spacing w:val="-7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z w:val="20"/>
          <w:lang w:val="sk-SK"/>
        </w:rPr>
        <w:t>príslušnej</w:t>
      </w:r>
      <w:r w:rsidRPr="00EC0E6F">
        <w:rPr>
          <w:rFonts w:ascii="Times New Roman" w:eastAsia="Times New Roman" w:hAnsi="Times New Roman"/>
          <w:b/>
          <w:color w:val="000000"/>
          <w:spacing w:val="-5"/>
          <w:sz w:val="20"/>
          <w:lang w:val="sk-SK"/>
        </w:rPr>
        <w:t xml:space="preserve"> </w:t>
      </w:r>
      <w:r w:rsidRPr="00EC0E6F">
        <w:rPr>
          <w:rFonts w:ascii="Calibri" w:eastAsia="Calibri" w:hAnsi="Calibri"/>
          <w:b/>
          <w:color w:val="000000"/>
          <w:spacing w:val="1"/>
          <w:sz w:val="20"/>
          <w:lang w:val="sk-SK"/>
        </w:rPr>
        <w:t>fakulty</w:t>
      </w:r>
    </w:p>
    <w:p w14:paraId="019D255D" w14:textId="15AB4AC7" w:rsidR="00E83DDB" w:rsidRDefault="00E83DDB" w:rsidP="00E83DDB">
      <w:pPr>
        <w:wordWrap w:val="0"/>
        <w:autoSpaceDE w:val="0"/>
        <w:autoSpaceDN w:val="0"/>
        <w:spacing w:after="0" w:line="240" w:lineRule="auto"/>
        <w:ind w:left="187"/>
        <w:rPr>
          <w:rFonts w:ascii="Calibri" w:eastAsia="Calibri" w:hAnsi="Calibri"/>
          <w:bCs/>
          <w:color w:val="000000"/>
          <w:sz w:val="16"/>
          <w:szCs w:val="16"/>
          <w:lang w:val="sk-SK"/>
        </w:rPr>
      </w:pPr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*   </w:t>
      </w:r>
      <w:proofErr w:type="spellStart"/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>nehodiace</w:t>
      </w:r>
      <w:proofErr w:type="spellEnd"/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 sa preškrtnúť</w:t>
      </w:r>
    </w:p>
    <w:p w14:paraId="516743B4" w14:textId="098735D3" w:rsidR="00E83DDB" w:rsidRPr="006F2501" w:rsidRDefault="00E83DDB" w:rsidP="006F2501">
      <w:pPr>
        <w:wordWrap w:val="0"/>
        <w:autoSpaceDE w:val="0"/>
        <w:autoSpaceDN w:val="0"/>
        <w:spacing w:after="0" w:line="240" w:lineRule="auto"/>
        <w:ind w:left="187"/>
        <w:rPr>
          <w:rFonts w:ascii="Calibri" w:eastAsia="Calibri" w:hAnsi="Calibri"/>
          <w:bCs/>
          <w:color w:val="000000"/>
          <w:sz w:val="16"/>
          <w:szCs w:val="16"/>
          <w:lang w:val="sk-SK"/>
        </w:rPr>
      </w:pPr>
      <w:r w:rsidRPr="006A1A41">
        <w:rPr>
          <w:rFonts w:ascii="Calibri" w:eastAsia="Calibri" w:hAnsi="Calibri"/>
          <w:bCs/>
          <w:color w:val="000000"/>
          <w:sz w:val="16"/>
          <w:szCs w:val="16"/>
          <w:lang w:val="sk-SK"/>
        </w:rPr>
        <w:t>*</w:t>
      </w:r>
      <w:r>
        <w:rPr>
          <w:rFonts w:ascii="Calibri" w:eastAsia="Calibri" w:hAnsi="Calibri"/>
          <w:bCs/>
          <w:color w:val="000000"/>
          <w:sz w:val="16"/>
          <w:szCs w:val="16"/>
          <w:lang w:val="sk-SK"/>
        </w:rPr>
        <w:t xml:space="preserve">* </w:t>
      </w:r>
      <w:r w:rsidRPr="006A1A41">
        <w:rPr>
          <w:rFonts w:ascii="Calibri" w:eastAsia="Calibri" w:hAnsi="Calibri"/>
          <w:bCs/>
          <w:color w:val="000000"/>
          <w:sz w:val="16"/>
          <w:szCs w:val="16"/>
          <w:lang w:val="sk-SK"/>
        </w:rPr>
        <w:t>kontakt je potrebné uviesť v medzinárodnom formáte s predvoľbou</w:t>
      </w:r>
    </w:p>
    <w:sectPr w:rsidR="00E83DDB" w:rsidRPr="006F2501" w:rsidSect="00932262">
      <w:pgSz w:w="11906" w:h="16838"/>
      <w:pgMar w:top="158" w:right="519" w:bottom="244" w:left="663" w:header="720" w:footer="720" w:gutter="0"/>
      <w:cols w:space="720" w:equalWidth="0">
        <w:col w:w="1072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1A48CC-F1C4-49D0-8141-1F62D63968CE}"/>
    <w:embedBold r:id="rId2" w:fontKey="{66AF701A-01A2-464D-8947-67E8E585D260}"/>
    <w:embedItalic r:id="rId3" w:fontKey="{DC5D79D3-E513-40D4-A5F6-DAF23412AFAC}"/>
    <w:embedBoldItalic r:id="rId4" w:fontKey="{3006F239-8967-4A9B-A928-B48D2B2DA22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3C6D07"/>
    <w:multiLevelType w:val="hybridMultilevel"/>
    <w:tmpl w:val="83B4F484"/>
    <w:lvl w:ilvl="0" w:tplc="B11AD1D6">
      <w:start w:val="5"/>
      <w:numFmt w:val="bullet"/>
      <w:lvlText w:val=""/>
      <w:lvlJc w:val="left"/>
      <w:pPr>
        <w:ind w:left="546" w:hanging="360"/>
      </w:pPr>
      <w:rPr>
        <w:rFonts w:ascii="Symbol" w:eastAsia="Calibr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num w:numId="1" w16cid:durableId="990258099">
    <w:abstractNumId w:val="8"/>
  </w:num>
  <w:num w:numId="2" w16cid:durableId="1448357669">
    <w:abstractNumId w:val="6"/>
  </w:num>
  <w:num w:numId="3" w16cid:durableId="2076511242">
    <w:abstractNumId w:val="5"/>
  </w:num>
  <w:num w:numId="4" w16cid:durableId="1069382721">
    <w:abstractNumId w:val="4"/>
  </w:num>
  <w:num w:numId="5" w16cid:durableId="1444610756">
    <w:abstractNumId w:val="7"/>
  </w:num>
  <w:num w:numId="6" w16cid:durableId="1857302592">
    <w:abstractNumId w:val="3"/>
  </w:num>
  <w:num w:numId="7" w16cid:durableId="623465917">
    <w:abstractNumId w:val="2"/>
  </w:num>
  <w:num w:numId="8" w16cid:durableId="474420086">
    <w:abstractNumId w:val="1"/>
  </w:num>
  <w:num w:numId="9" w16cid:durableId="746728041">
    <w:abstractNumId w:val="0"/>
  </w:num>
  <w:num w:numId="10" w16cid:durableId="15734202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hyphenationZone w:val="425"/>
  <w:noPunctuationKerning/>
  <w:characterSpacingControl w:val="compressPunctuationAndJapaneseKana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67CE"/>
    <w:rsid w:val="0006063C"/>
    <w:rsid w:val="000F4B3B"/>
    <w:rsid w:val="0015074B"/>
    <w:rsid w:val="0018426D"/>
    <w:rsid w:val="00191706"/>
    <w:rsid w:val="00263E9B"/>
    <w:rsid w:val="0029639D"/>
    <w:rsid w:val="002B31DD"/>
    <w:rsid w:val="00326F90"/>
    <w:rsid w:val="00442120"/>
    <w:rsid w:val="0055779C"/>
    <w:rsid w:val="005B2885"/>
    <w:rsid w:val="005E7336"/>
    <w:rsid w:val="006A1A41"/>
    <w:rsid w:val="006A6491"/>
    <w:rsid w:val="006F08C2"/>
    <w:rsid w:val="006F2501"/>
    <w:rsid w:val="007B3D44"/>
    <w:rsid w:val="007D7AC8"/>
    <w:rsid w:val="007F08AF"/>
    <w:rsid w:val="008F13E5"/>
    <w:rsid w:val="00932262"/>
    <w:rsid w:val="00937FB6"/>
    <w:rsid w:val="009612E0"/>
    <w:rsid w:val="00AA1D8D"/>
    <w:rsid w:val="00AA78AB"/>
    <w:rsid w:val="00AB59A9"/>
    <w:rsid w:val="00B11846"/>
    <w:rsid w:val="00B47730"/>
    <w:rsid w:val="00CB0664"/>
    <w:rsid w:val="00CD00C0"/>
    <w:rsid w:val="00E3218B"/>
    <w:rsid w:val="00E83DDB"/>
    <w:rsid w:val="00EC0E6F"/>
    <w:rsid w:val="00FC693F"/>
    <w:rsid w:val="00FE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9ED9D5"/>
  <w14:defaultImageDpi w14:val="300"/>
  <w15:docId w15:val="{8B522244-8B01-4B1F-AA0B-4EE8765A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93F"/>
  </w:style>
  <w:style w:type="paragraph" w:styleId="Nadpis1">
    <w:name w:val="heading 1"/>
    <w:basedOn w:val="Normlny"/>
    <w:next w:val="Normlny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18BF"/>
  </w:style>
  <w:style w:type="paragraph" w:styleId="Pta">
    <w:name w:val="footer"/>
    <w:basedOn w:val="Normlny"/>
    <w:link w:val="Pta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18BF"/>
  </w:style>
  <w:style w:type="paragraph" w:styleId="Bezriadkovania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ov">
    <w:name w:val="Title"/>
    <w:basedOn w:val="Normlny"/>
    <w:next w:val="Normlny"/>
    <w:link w:val="Nzo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ekzoznamu">
    <w:name w:val="List Paragraph"/>
    <w:basedOn w:val="Normlny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AA1D8D"/>
  </w:style>
  <w:style w:type="paragraph" w:styleId="Zkladntext2">
    <w:name w:val="Body Text 2"/>
    <w:basedOn w:val="Normlny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AA1D8D"/>
  </w:style>
  <w:style w:type="paragraph" w:styleId="Zkladntext3">
    <w:name w:val="Body Text 3"/>
    <w:basedOn w:val="Normlny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A1D8D"/>
    <w:rPr>
      <w:sz w:val="16"/>
      <w:szCs w:val="16"/>
    </w:rPr>
  </w:style>
  <w:style w:type="paragraph" w:styleId="Zoznam">
    <w:name w:val="List"/>
    <w:basedOn w:val="Normlny"/>
    <w:uiPriority w:val="99"/>
    <w:unhideWhenUsed/>
    <w:rsid w:val="00AA1D8D"/>
    <w:pPr>
      <w:ind w:left="360" w:hanging="360"/>
      <w:contextualSpacing/>
    </w:pPr>
  </w:style>
  <w:style w:type="paragraph" w:styleId="Zoznam2">
    <w:name w:val="List 2"/>
    <w:basedOn w:val="Normlny"/>
    <w:uiPriority w:val="99"/>
    <w:unhideWhenUsed/>
    <w:rsid w:val="00326F90"/>
    <w:pPr>
      <w:ind w:left="720" w:hanging="360"/>
      <w:contextualSpacing/>
    </w:pPr>
  </w:style>
  <w:style w:type="paragraph" w:styleId="Zoznam3">
    <w:name w:val="List 3"/>
    <w:basedOn w:val="Normlny"/>
    <w:uiPriority w:val="99"/>
    <w:unhideWhenUsed/>
    <w:rsid w:val="00326F90"/>
    <w:pPr>
      <w:ind w:left="1080" w:hanging="360"/>
      <w:contextualSpacing/>
    </w:pPr>
  </w:style>
  <w:style w:type="paragraph" w:styleId="Zoznamsodrkami">
    <w:name w:val="List Bullet"/>
    <w:basedOn w:val="Normlny"/>
    <w:uiPriority w:val="99"/>
    <w:unhideWhenUsed/>
    <w:rsid w:val="00326F90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unhideWhenUsed/>
    <w:rsid w:val="00326F90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unhideWhenUsed/>
    <w:rsid w:val="00326F90"/>
    <w:pPr>
      <w:numPr>
        <w:numId w:val="3"/>
      </w:numPr>
      <w:contextualSpacing/>
    </w:pPr>
  </w:style>
  <w:style w:type="paragraph" w:styleId="slovanzoznam">
    <w:name w:val="List Number"/>
    <w:basedOn w:val="Normlny"/>
    <w:uiPriority w:val="99"/>
    <w:unhideWhenUsed/>
    <w:rsid w:val="00326F90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unhideWhenUsed/>
    <w:rsid w:val="0029639D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unhideWhenUsed/>
    <w:rsid w:val="0029639D"/>
    <w:pPr>
      <w:numPr>
        <w:numId w:val="7"/>
      </w:numPr>
      <w:contextualSpacing/>
    </w:pPr>
  </w:style>
  <w:style w:type="paragraph" w:styleId="Pokraovaniezoznamu">
    <w:name w:val="List Continue"/>
    <w:basedOn w:val="Normlny"/>
    <w:uiPriority w:val="99"/>
    <w:unhideWhenUsed/>
    <w:rsid w:val="0029639D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unhideWhenUsed/>
    <w:rsid w:val="0029639D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C693F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Vrazn">
    <w:name w:val="Strong"/>
    <w:basedOn w:val="Predvolenpsmoodseku"/>
    <w:uiPriority w:val="22"/>
    <w:qFormat/>
    <w:rsid w:val="00FC693F"/>
    <w:rPr>
      <w:b/>
      <w:bCs/>
    </w:rPr>
  </w:style>
  <w:style w:type="character" w:styleId="Zvraznenie">
    <w:name w:val="Emphasis"/>
    <w:basedOn w:val="Predvolenpsmoodseku"/>
    <w:uiPriority w:val="20"/>
    <w:qFormat/>
    <w:rsid w:val="00FC693F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C693F"/>
    <w:rPr>
      <w:b/>
      <w:bCs/>
      <w:i/>
      <w:iCs/>
      <w:color w:val="4F81BD" w:themeColor="accent1"/>
    </w:rPr>
  </w:style>
  <w:style w:type="character" w:styleId="Jemnzvraznenie">
    <w:name w:val="Subtle Emphasis"/>
    <w:basedOn w:val="Predvolenpsmoodseku"/>
    <w:uiPriority w:val="19"/>
    <w:qFormat/>
    <w:rsid w:val="00FC693F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FC693F"/>
    <w:rPr>
      <w:b/>
      <w:bCs/>
      <w:i/>
      <w:iCs/>
      <w:color w:val="4F81BD" w:themeColor="accent1"/>
    </w:rPr>
  </w:style>
  <w:style w:type="character" w:styleId="Jemnodkaz">
    <w:name w:val="Subtle Reference"/>
    <w:basedOn w:val="Predvolenpsmoodseku"/>
    <w:uiPriority w:val="31"/>
    <w:qFormat/>
    <w:rsid w:val="00FC693F"/>
    <w:rPr>
      <w:smallCaps/>
      <w:color w:val="C0504D" w:themeColor="accent2"/>
      <w:u w:val="single"/>
    </w:rPr>
  </w:style>
  <w:style w:type="character" w:styleId="Zvraznenodkaz">
    <w:name w:val="Intense Reference"/>
    <w:basedOn w:val="Predvolenpsmoodsek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C693F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C693F"/>
    <w:pPr>
      <w:outlineLvl w:val="9"/>
    </w:pPr>
  </w:style>
  <w:style w:type="table" w:styleId="Mriekatabuky">
    <w:name w:val="Table Grid"/>
    <w:basedOn w:val="Normlnatabu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podfarbenie">
    <w:name w:val="Light Shading"/>
    <w:basedOn w:val="Normlnatabu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">
    <w:name w:val="Light List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mrieka">
    <w:name w:val="Light Grid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rednpodfarbenie1">
    <w:name w:val="Medium Shading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zoznam1">
    <w:name w:val="Medium Lis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rednzoznam2">
    <w:name w:val="Medium Lis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mrieka1">
    <w:name w:val="Medium Grid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rednmrieka2">
    <w:name w:val="Medium Grid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zoznam">
    <w:name w:val="Dark List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zoznamzvraznenie2">
    <w:name w:val="Dark List Accent 2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zoznamzvraznenie3">
    <w:name w:val="Dark List Accent 3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zoznamzvraznenie4">
    <w:name w:val="Dark List Accent 4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zoznamzvraznenie5">
    <w:name w:val="Dark List Accent 5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zoznamzvraznenie6">
    <w:name w:val="Dark List Accent 6"/>
    <w:basedOn w:val="Normlnatabu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ebnpodfarbenie">
    <w:name w:val="Colorful Shading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zoznam">
    <w:name w:val="Colorful List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ebnmrieka">
    <w:name w:val="Colorful Grid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zvo.sk/sk/ochrana-osobnych-udajov" TargetMode="External"/><Relationship Id="rId13" Type="http://schemas.openxmlformats.org/officeDocument/2006/relationships/hyperlink" Target="https://www.tuzvo.sk/sk/ochrana-osobnych-udajov" TargetMode="External"/><Relationship Id="rId18" Type="http://schemas.openxmlformats.org/officeDocument/2006/relationships/hyperlink" Target="https://www.tuzvo.sk/sk/ochrana-osobnych-udajov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tuzvo.sk/sk/ochrana-osobnych-udajov" TargetMode="External"/><Relationship Id="rId12" Type="http://schemas.openxmlformats.org/officeDocument/2006/relationships/hyperlink" Target="https://www.tuzvo.sk/sk/ochrana-osobnych-udajov" TargetMode="External"/><Relationship Id="rId17" Type="http://schemas.openxmlformats.org/officeDocument/2006/relationships/hyperlink" Target="https://www.tuzvo.sk/sk/ochrana-osobnych-udaj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uzvo.sk/sk/ochrana-osobnych-udajov" TargetMode="External"/><Relationship Id="rId20" Type="http://schemas.openxmlformats.org/officeDocument/2006/relationships/hyperlink" Target="https://www.tuzvo.sk/sk/ochrana-osobnych-udajo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uzvo.sk/sk/ochrana-osobnych-udajov" TargetMode="External"/><Relationship Id="rId11" Type="http://schemas.openxmlformats.org/officeDocument/2006/relationships/hyperlink" Target="https://www.tuzvo.sk/sk/ochrana-osobnych-udaj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uzvo.sk/sk/ochrana-osobnych-udajov" TargetMode="External"/><Relationship Id="rId10" Type="http://schemas.openxmlformats.org/officeDocument/2006/relationships/hyperlink" Target="https://www.tuzvo.sk/sk/ochrana-osobnych-udajov" TargetMode="External"/><Relationship Id="rId19" Type="http://schemas.openxmlformats.org/officeDocument/2006/relationships/hyperlink" Target="https://www.tuzvo.sk/sk/ochrana-osobnych-udaj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zvo.sk/sk/ochrana-osobnych-udajov" TargetMode="External"/><Relationship Id="rId14" Type="http://schemas.openxmlformats.org/officeDocument/2006/relationships/hyperlink" Target="https://www.tuzvo.sk/sk/ochrana-osobnych-udajov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LightPDF</Company>
  <LinksUpToDate>false</LinksUpToDate>
  <CharactersWithSpaces>3428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20230830</dc:description>
  <cp:lastModifiedBy>Jana Jančíková</cp:lastModifiedBy>
  <cp:revision>2</cp:revision>
  <cp:lastPrinted>2025-05-07T07:27:00Z</cp:lastPrinted>
  <dcterms:created xsi:type="dcterms:W3CDTF">2025-08-11T08:25:00Z</dcterms:created>
  <dcterms:modified xsi:type="dcterms:W3CDTF">2025-08-11T08:25:00Z</dcterms:modified>
  <cp:category/>
</cp:coreProperties>
</file>